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Winter Running: How to Train and Fuel Through the Cold Months</w:t>
      </w:r>
    </w:p>
    <w:p>
      <w:r>
        <w:rPr>
          <w:i/>
        </w:rPr>
        <w:t>Dark mornings, cold air and dulled thirst change the game. Here's how to keep training and fuelling well through winter.</w:t>
      </w:r>
    </w:p>
    <w:p>
      <w:r>
        <w:rPr>
          <w:b/>
        </w:rPr>
        <w:t>Pillar:</w:t>
      </w:r>
      <w:r>
        <w:t xml:space="preserve"> running</w:t>
      </w:r>
    </w:p>
    <w:p>
      <w:r>
        <w:rPr>
          <w:b/>
        </w:rPr>
        <w:t>Funnel stage:</w:t>
      </w:r>
      <w:r>
        <w:t xml:space="preserve"> consideration</w:t>
      </w:r>
    </w:p>
    <w:p>
      <w:r>
        <w:rPr>
          <w:b/>
        </w:rPr>
        <w:t>Primary keyword:</w:t>
      </w:r>
      <w:r>
        <w:t xml:space="preserve"> winter running nutrition</w:t>
      </w:r>
    </w:p>
    <w:p>
      <w:r>
        <w:rPr>
          <w:b/>
        </w:rPr>
        <w:t>Conversion keyword:</w:t>
      </w:r>
      <w:r>
        <w:t xml:space="preserve"> buy running nutrition</w:t>
      </w:r>
    </w:p>
    <w:p>
      <w:r>
        <w:rPr>
          <w:b/>
        </w:rPr>
        <w:t>Emotion:</w:t>
      </w:r>
      <w:r>
        <w:t xml:space="preserve"> Identity / Belonging</w:t>
      </w:r>
    </w:p>
    <w:p>
      <w:r>
        <w:rPr>
          <w:b/>
        </w:rPr>
        <w:t>Nudges used:</w:t>
      </w:r>
      <w:r>
        <w:t xml:space="preserve"> Identity Anchoring, Habit Loop</w:t>
      </w:r>
    </w:p>
    <w:p>
      <w:r>
        <w:rPr>
          <w:b/>
        </w:rPr>
        <w:t>Read time:</w:t>
      </w:r>
      <w:r>
        <w:t xml:space="preserve"> 6 min · 1,080 words</w:t>
      </w:r>
    </w:p>
    <w:p>
      <w:r>
        <w:rPr>
          <w:b/>
        </w:rPr>
        <w:t>Tags:</w:t>
      </w:r>
      <w:r>
        <w:t xml:space="preserve"> winter running nutrition, buy running nutrition, running, winter training, hydration</w:t>
      </w:r>
    </w:p>
    <w:p>
      <w:r>
        <w:rPr>
          <w:b/>
        </w:rPr>
        <w:t>Slug:</w:t>
      </w:r>
      <w:r>
        <w:t xml:space="preserve"> winter-running-training-fuelling</w:t>
      </w:r>
    </w:p>
    <w:p>
      <w:r>
        <w:t>Winter is where a lot of running goals are quietly won or lost. The runners who keep training through the cold, dark months arrive at spring races with a base others simply do not have. But winter also changes the demands on your body in ways that affect your fuelling and hydration, and getting caught out is easy.</w:t>
      </w:r>
    </w:p>
    <w:p>
      <w:r>
        <w:t>Training through winter is as much about consistency and sensible adjustments as heroics. Here is how to keep running well, and fuelling well, when the conditions turn against you.</w:t>
      </w:r>
    </w:p>
    <w:p>
      <w:pPr>
        <w:pStyle w:val="Heading2"/>
      </w:pPr>
      <w:r>
        <w:t>Consistency Is the Winter Superpower</w:t>
      </w:r>
    </w:p>
    <w:p>
      <w:r>
        <w:t>The single biggest winter advantage is simply continuing to train when motivation is low and conditions are grim. You do not need heroic sessions; you need to keep showing up. Consistent, mostly easy mileage through winter builds the aerobic base that makes everything else possible later.</w:t>
      </w:r>
    </w:p>
    <w:p>
      <w:r>
        <w:t>Framing winter running as part of who you are, a runner who trains through the seasons, helps turn cold, dark sessions into a habit rather than a daily battle of willpower. The identity carries you when the weather does not.</w:t>
      </w:r>
    </w:p>
    <w:p>
      <w:pPr>
        <w:pStyle w:val="Heading2"/>
      </w:pPr>
      <w:r>
        <w:t>Cold Weather Dulls Your Thirst</w:t>
      </w:r>
    </w:p>
    <w:p>
      <w:r>
        <w:t>One of the most common winter mistakes is under-hydrating. In the cold, your thirst response is blunted, so you feel less like drinking even though you are still losing fluid through sweat and breathing. Dehydration does not disappear in winter; it just becomes easier to ignore.</w:t>
      </w:r>
    </w:p>
    <w:p>
      <w:r>
        <w:t>Keep hydrating to the conditions and the demands of the session rather than to how thirsty you feel. On longer winter runs, this still means planning your fluid rather than assuming the cold means you do not need it.</w:t>
      </w:r>
    </w:p>
    <w:p>
      <w:pPr>
        <w:pStyle w:val="Heading2"/>
      </w:pPr>
      <w:r>
        <w:t>Fuelling Still Follows the Session</w:t>
      </w:r>
    </w:p>
    <w:p>
      <w:r>
        <w:t>Cold weather does not change the fundamental principle: the demands of the session dictate the carbohydrate you need. A long winter run still calls for real fuelling, just as it would in summer. If anything, the extra effort of running in heavy kit and tough conditions can raise the demand.</w:t>
      </w:r>
    </w:p>
    <w:p>
      <w:r>
        <w:t>Match your fuel to the duration and intensity as always, using dual-source products like BETA Fuel for the long stuff. One practical winter note: some gels and drinks thicken in very cold conditions, so keep them close to your body to stay usable.</w:t>
      </w:r>
    </w:p>
    <w:p>
      <w:pPr>
        <w:pStyle w:val="Heading2"/>
      </w:pPr>
      <w:r>
        <w:t>Recovery Matters More When It's Cold</w:t>
      </w:r>
    </w:p>
    <w:p>
      <w:r>
        <w:t>Getting your recovery nutrition in promptly is even more important in winter, when it is tempting to rush straight into a hot shower and forget about refuelling. Have your post-run carbohydrate and protein ready, so the cold and the desire to warm up do not derail your recovery.</w:t>
      </w:r>
    </w:p>
    <w:p>
      <w:r>
        <w:t>A recovery drink can be especially handy in winter, warming you and refuelling you at once when your appetite for a full meal has not yet returned after a cold session.</w:t>
      </w:r>
    </w:p>
    <w:p>
      <w:pPr>
        <w:pStyle w:val="Heading2"/>
      </w:pPr>
      <w:r>
        <w:t>Layering, Warm-Ups and Common Sense</w:t>
      </w:r>
    </w:p>
    <w:p>
      <w:r>
        <w:t>Beyond nutrition, winter running rewards a good warm-up, as cold muscles are stiffer and take longer to loosen, and sensible layering that you can manage as you heat up. Starting a run slightly cool is usually right, because you warm quickly once moving.</w:t>
      </w:r>
    </w:p>
    <w:p>
      <w:r>
        <w:t>Safety matters too in dark conditions: visibility, familiar routes and appropriate footwear all help you keep training consistently, which is the whole point of getting through winter well.</w:t>
      </w:r>
    </w:p>
    <w:p>
      <w:pPr>
        <w:pStyle w:val="Heading2"/>
      </w:pPr>
      <w:r>
        <w:t>The Winter Mindset</w:t>
      </w:r>
    </w:p>
    <w:p>
      <w:r>
        <w:t>Winter running is ultimately a test of consistency and adaptation rather than raw performance. Keep the habit alive, hydrate despite the dulled thirst, fuel your sessions for what they demand, and recover promptly, and you will emerge in spring with a base that pays off across the whole year.</w:t>
      </w:r>
    </w:p>
    <w:p>
      <w:r>
        <w:t>The miles nobody sees you run in January are the ones that show up on the clock in April.</w:t>
      </w:r>
    </w:p>
    <w:p>
      <w:pPr>
        <w:pStyle w:val="Heading2"/>
      </w:pPr>
      <w:r>
        <w:t>Frequently Asked Questions</w:t>
      </w:r>
    </w:p>
    <w:p>
      <w:r>
        <w:rPr>
          <w:b/>
        </w:rPr>
        <w:t>Do I need to hydrate as much when running in winter?</w:t>
      </w:r>
    </w:p>
    <w:p>
      <w:r>
        <w:t>Yes. Cold weather dulls your thirst response, so you feel less like drinking even though you still lose fluid through sweat and breathing. Keep hydrating to the demands of the session rather than how thirsty you feel, particularly on longer winter runs.</w:t>
      </w:r>
    </w:p>
    <w:p>
      <w:r>
        <w:rPr>
          <w:b/>
        </w:rPr>
        <w:t>Does cold weather change my fuelling needs?</w:t>
      </w:r>
    </w:p>
    <w:p>
      <w:r>
        <w:t>The core principle is unchanged: the duration and intensity of the session dictate the carbohydrate you need, so long winter runs still require real fuelling. Heavy kit and tough conditions can even raise the demand. Keep gels close to your body, as they can thicken in the cold.</w:t>
      </w:r>
    </w:p>
    <w:p>
      <w:r>
        <w:rPr>
          <w:b/>
        </w:rPr>
        <w:t>Why is recovery nutrition important in winter?</w:t>
      </w:r>
    </w:p>
    <w:p>
      <w:r>
        <w:t>It is easy to rush into a warm shower and skip refuelling after a cold run. Having your carbohydrate and protein ready, or a recovery drink that warms and refuels at once, ensures the cold does not derail your recovery when your appetite lags.</w:t>
      </w:r>
    </w:p>
    <w:p>
      <w:r>
        <w:rPr>
          <w:b/>
        </w:rPr>
        <w:t>How do I stay consistent with winter running?</w:t>
      </w:r>
    </w:p>
    <w:p>
      <w:r>
        <w:t>Focus on showing up rather than heroic sessions, and treat winter training as part of your identity as a runner. Consistent, mostly easy mileage through the cold months builds the aerobic base that pays off in spring races.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