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Sports Supplements: What Works, What Doesn't, and What to Skip</w:t>
      </w:r>
    </w:p>
    <w:p>
      <w:r>
        <w:rPr>
          <w:i/>
        </w:rPr>
        <w:t>The supplement market is vast and noisy. Here's an evidence-based way to tell the genuinely useful from the hype.</w:t>
      </w:r>
    </w:p>
    <w:p>
      <w:r>
        <w:rPr>
          <w:b/>
        </w:rPr>
        <w:t>Pillar:</w:t>
      </w:r>
      <w:r>
        <w:t xml:space="preserve"> custom sports</w:t>
      </w:r>
    </w:p>
    <w:p>
      <w:r>
        <w:rPr>
          <w:b/>
        </w:rPr>
        <w:t>Funnel stage:</w:t>
      </w:r>
      <w:r>
        <w:t xml:space="preserve"> consideration</w:t>
      </w:r>
    </w:p>
    <w:p>
      <w:r>
        <w:rPr>
          <w:b/>
        </w:rPr>
        <w:t>Primary keyword:</w:t>
      </w:r>
      <w:r>
        <w:t xml:space="preserve"> sports supplements that work</w:t>
      </w:r>
    </w:p>
    <w:p>
      <w:r>
        <w:rPr>
          <w:b/>
        </w:rPr>
        <w:t>Conversion keyword:</w:t>
      </w:r>
      <w:r>
        <w:t xml:space="preserve"> buy sports supplements</w:t>
      </w:r>
    </w:p>
    <w:p>
      <w:r>
        <w:rPr>
          <w:b/>
        </w:rPr>
        <w:t>Emotion:</w:t>
      </w:r>
      <w:r>
        <w:t xml:space="preserve"> Confidence</w:t>
      </w:r>
    </w:p>
    <w:p>
      <w:r>
        <w:rPr>
          <w:b/>
        </w:rPr>
        <w:t>Nudges used:</w:t>
      </w:r>
      <w:r>
        <w:t xml:space="preserve"> Choice Simplification, Authority (Science Says)</w:t>
      </w:r>
    </w:p>
    <w:p>
      <w:r>
        <w:rPr>
          <w:b/>
        </w:rPr>
        <w:t>Read time:</w:t>
      </w:r>
      <w:r>
        <w:t xml:space="preserve"> 6 min · 1,090 words</w:t>
      </w:r>
    </w:p>
    <w:p>
      <w:r>
        <w:rPr>
          <w:b/>
        </w:rPr>
        <w:t>Tags:</w:t>
      </w:r>
      <w:r>
        <w:t xml:space="preserve"> sports supplements that work, buy sports supplements, supplements, nutrition, performance</w:t>
      </w:r>
    </w:p>
    <w:p>
      <w:r>
        <w:rPr>
          <w:b/>
        </w:rPr>
        <w:t>Slug:</w:t>
      </w:r>
      <w:r>
        <w:t xml:space="preserve"> sports-supplements-what-works</w:t>
      </w:r>
    </w:p>
    <w:p>
      <w:r>
        <w:t>The sports supplement market is enormous, and much of it thrives on hope, marketing and the fear of missing an edge. For an athlete, cutting through the noise to find the small number of supplements with genuine evidence, while ignoring the rest, is both a performance advantage and a considerable money-saver.</w:t>
      </w:r>
    </w:p>
    <w:p>
      <w:r>
        <w:t>The reassuring truth is that the list of supplements with strong support is short, and the fundamentals matter far more than any exotic product. Here is an evidence-based way to think about it.</w:t>
      </w:r>
    </w:p>
    <w:p>
      <w:pPr>
        <w:pStyle w:val="Heading2"/>
      </w:pPr>
      <w:r>
        <w:t>Fundamentals First</w:t>
      </w:r>
    </w:p>
    <w:p>
      <w:r>
        <w:t>Before any supplement, the foundations do the vast majority of the work: adequate overall energy, carbohydrate to fuel performance, protein to support recovery, and good hydration with electrolytes. No supplement compensates for getting these wrong, and most of the performance available to you lives here.</w:t>
      </w:r>
    </w:p>
    <w:p>
      <w:r>
        <w:t>This is the single most important principle in supplement decisions. Chasing marginal products while neglecting the fundamentals is backwards; nail the basics first, and only then consider whether any supplement adds something worthwhile on top.</w:t>
      </w:r>
    </w:p>
    <w:p>
      <w:pPr>
        <w:pStyle w:val="Heading2"/>
      </w:pPr>
      <w:r>
        <w:t>The Well-Evidenced Few</w:t>
      </w:r>
    </w:p>
    <w:p>
      <w:r>
        <w:t>A small number of supplements have strong evidence behind them. Carbohydrate fuel for use during exercise is foundational for endurance and prolonged sport. Caffeine reliably improves performance across many sports. Electrolytes, particularly sodium, matter for hydration when losses are high. For some athletes and events, a few others have good support.</w:t>
      </w:r>
    </w:p>
    <w:p>
      <w:r>
        <w:t>These are the products worth most athletes' attention, because their benefits are real and repeatable. Notice that most are not exotic; they are the practical tools of everyday sports nutrition, backed by consistent evidence.</w:t>
      </w:r>
    </w:p>
    <w:p>
      <w:pPr>
        <w:pStyle w:val="Heading2"/>
      </w:pPr>
      <w:r>
        <w:t>The Situational and Individual</w:t>
      </w:r>
    </w:p>
    <w:p>
      <w:r>
        <w:t>Beyond the well-evidenced core, some supplements have evidence for specific situations, sports or individuals rather than universal benefit. These can be worth considering once the fundamentals and the core supplements are in place, ideally with informed guidance relevant to your sport and circumstances.</w:t>
      </w:r>
    </w:p>
    <w:p>
      <w:r>
        <w:t>The key is to approach these thoughtfully rather than adding them speculatively. A supplement with situational evidence may help you specifically, or may do nothing for your circumstances; the distinction matters for both results and cost.</w:t>
      </w:r>
    </w:p>
    <w:p>
      <w:pPr>
        <w:pStyle w:val="Heading2"/>
      </w:pPr>
      <w:r>
        <w:t>The Skippables</w:t>
      </w:r>
    </w:p>
    <w:p>
      <w:r>
        <w:t>The largest category, by far, is supplements with weak, absent or purely marketing-based support: exotic ingredients, proprietary blends with vague claims, and products promising dramatic transformations. For the vast majority of athletes, these offer little beyond an expensive placebo.</w:t>
      </w:r>
    </w:p>
    <w:p>
      <w:r>
        <w:t>Being sceptical here is not cynicism; it is good sense. If a product's claims sound too good to be true, or the evidence amounts to marketing rather than research, it almost certainly belongs in the skip pile.</w:t>
      </w:r>
    </w:p>
    <w:p>
      <w:pPr>
        <w:pStyle w:val="Heading2"/>
      </w:pPr>
      <w:r>
        <w:t>How to Evaluate a Supplement</w:t>
      </w:r>
    </w:p>
    <w:p>
      <w:r>
        <w:t>When considering any supplement, ask a few simple questions. Is there genuine evidence it works, ideally beyond the manufacturer's own claims? Does it address a need you actually have? And have you got the fundamentals in place first? If the answer to any is no, it probably is not worth your money.</w:t>
      </w:r>
    </w:p>
    <w:p>
      <w:r>
        <w:t>For competitive athletes, product quality and safety also matter, since supplements carry a risk of contamination. Choosing reputable products, and where relevant those subject to third-party testing, is an important part of using supplements responsibly.</w:t>
      </w:r>
    </w:p>
    <w:p>
      <w:pPr>
        <w:pStyle w:val="Heading2"/>
      </w:pPr>
      <w:r>
        <w:t>The Takeaway</w:t>
      </w:r>
    </w:p>
    <w:p>
      <w:r>
        <w:t>Get the fundamentals right first, use the small number of well-evidenced supplements where they help, consider situational products thoughtfully, and skip the large market of hype. Evaluate anything new against real evidence, a genuine need, and product quality.</w:t>
      </w:r>
    </w:p>
    <w:p>
      <w:r>
        <w:t>This evidence-based approach saves money, avoids disappointment, and focuses your attention where it actually improves performance. In supplements, as in much of nutrition, simplicity done well beats complexity chased anxiously.</w:t>
      </w:r>
    </w:p>
    <w:p>
      <w:pPr>
        <w:pStyle w:val="Heading2"/>
      </w:pPr>
      <w:r>
        <w:t>Frequently Asked Questions</w:t>
      </w:r>
    </w:p>
    <w:p>
      <w:r>
        <w:rPr>
          <w:b/>
        </w:rPr>
        <w:t>Which sports supplements actually work?</w:t>
      </w:r>
    </w:p>
    <w:p>
      <w:r>
        <w:t>A short list has strong evidence: carbohydrate fuel for use during exercise, caffeine, and electrolytes like sodium for hydration when losses are high, with a few others for specific athletes and events. Most performance, though, comes from the fundamentals rather than any supplement.</w:t>
      </w:r>
    </w:p>
    <w:p>
      <w:r>
        <w:rPr>
          <w:b/>
        </w:rPr>
        <w:t>What should I prioritise before taking supplements?</w:t>
      </w:r>
    </w:p>
    <w:p>
      <w:r>
        <w:t>The fundamentals: adequate overall energy, carbohydrate to fuel performance, protein for recovery, and good hydration with electrolytes. No supplement compensates for getting these wrong, and most available performance lives here, so nail the basics before considering extras.</w:t>
      </w:r>
    </w:p>
    <w:p>
      <w:r>
        <w:rPr>
          <w:b/>
        </w:rPr>
        <w:t>How do I know if a supplement is worth taking?</w:t>
      </w:r>
    </w:p>
    <w:p>
      <w:r>
        <w:t>Ask whether there is genuine evidence it works beyond the manufacturer's claims, whether it addresses a need you actually have, and whether your fundamentals are in place first. If the answer to any is no, it probably is not worth your money. Consider product quality and safety too.</w:t>
      </w:r>
    </w:p>
    <w:p>
      <w:r>
        <w:rPr>
          <w:b/>
        </w:rPr>
        <w:t>Are most sports supplements worth buying?</w:t>
      </w:r>
    </w:p>
    <w:p>
      <w:r>
        <w:t>No. The largest category has weak, absent or marketing-based support, offering little beyond an expensive placebo for most athletes. Be sceptical of exotic ingredients, vague proprietary blends and dramatic claims, and focus on the few products with genuine evidence.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