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Why Sleep Is the Recovery Tool Athletes Most Often Neglect</w:t>
      </w:r>
    </w:p>
    <w:p>
      <w:r>
        <w:rPr>
          <w:i/>
        </w:rPr>
        <w:t>You can nail your nutrition and still under-recover if you skimp on sleep. Here's why it matters, and how to protect it.</w:t>
      </w:r>
    </w:p>
    <w:p>
      <w:r>
        <w:rPr>
          <w:b/>
        </w:rPr>
        <w:t>Pillar:</w:t>
      </w:r>
      <w:r>
        <w:t xml:space="preserve"> custom sports</w:t>
      </w:r>
    </w:p>
    <w:p>
      <w:r>
        <w:rPr>
          <w:b/>
        </w:rPr>
        <w:t>Funnel stage:</w:t>
      </w:r>
      <w:r>
        <w:t xml:space="preserve"> awareness</w:t>
      </w:r>
    </w:p>
    <w:p>
      <w:r>
        <w:rPr>
          <w:b/>
        </w:rPr>
        <w:t>Primary keyword:</w:t>
      </w:r>
      <w:r>
        <w:t xml:space="preserve"> sleep and athletic recovery</w:t>
      </w:r>
    </w:p>
    <w:p>
      <w:r>
        <w:rPr>
          <w:b/>
        </w:rPr>
        <w:t>Conversion keyword:</w:t>
      </w:r>
      <w:r>
        <w:t xml:space="preserve"> buy recovery nutrition</w:t>
      </w:r>
    </w:p>
    <w:p>
      <w:r>
        <w:rPr>
          <w:b/>
        </w:rPr>
        <w:t>Emotion:</w:t>
      </w:r>
      <w:r>
        <w:t xml:space="preserve"> Reassurance</w:t>
      </w:r>
    </w:p>
    <w:p>
      <w:r>
        <w:rPr>
          <w:b/>
        </w:rPr>
        <w:t>Nudges used:</w:t>
      </w:r>
      <w:r>
        <w:t xml:space="preserve"> Authority (Science Says), Loss Aversion</w:t>
      </w:r>
    </w:p>
    <w:p>
      <w:r>
        <w:rPr>
          <w:b/>
        </w:rPr>
        <w:t>Read time:</w:t>
      </w:r>
      <w:r>
        <w:t xml:space="preserve"> 5 min · 1,010 words</w:t>
      </w:r>
    </w:p>
    <w:p>
      <w:r>
        <w:rPr>
          <w:b/>
        </w:rPr>
        <w:t>Tags:</w:t>
      </w:r>
      <w:r>
        <w:t xml:space="preserve"> sleep and athletic recovery, buy recovery nutrition, recovery, sleep, performance</w:t>
      </w:r>
    </w:p>
    <w:p>
      <w:r>
        <w:rPr>
          <w:b/>
        </w:rPr>
        <w:t>Slug:</w:t>
      </w:r>
      <w:r>
        <w:t xml:space="preserve"> sleep-athletic-recovery</w:t>
      </w:r>
    </w:p>
    <w:p>
      <w:r>
        <w:t>Athletes will happily spend money on supplements, gadgets and recovery tools while neglecting the single most powerful recovery aid available to them, and it is entirely free. Sleep is the foundation on which all other recovery is built, and no amount of good nutrition fully compensates for consistently getting too little of it.</w:t>
      </w:r>
    </w:p>
    <w:p>
      <w:r>
        <w:t>For anyone training seriously, protecting sleep is one of the highest-value habits there is. Here is why it matters so much, and how to look after it.</w:t>
      </w:r>
    </w:p>
    <w:p>
      <w:pPr>
        <w:pStyle w:val="Heading2"/>
      </w:pPr>
      <w:r>
        <w:t>What Sleep Does for Recovery</w:t>
      </w:r>
    </w:p>
    <w:p>
      <w:r>
        <w:t>Sleep is when a great deal of the body's recovery and adaptation happens. It supports muscle repair, hormonal balance, and the consolidation of the training adaptations that make you fitter, as well as restoring your mental sharpness and focus.</w:t>
      </w:r>
    </w:p>
    <w:p>
      <w:r>
        <w:t>In other words, sleep underpins both the physical and the mental sides of recovery. Skimp on it and you compromise the very processes that turn your training into improvement, however well you eat.</w:t>
      </w:r>
    </w:p>
    <w:p>
      <w:pPr>
        <w:pStyle w:val="Heading2"/>
      </w:pPr>
      <w:r>
        <w:t>How Poor Sleep Hurts Performance</w:t>
      </w:r>
    </w:p>
    <w:p>
      <w:r>
        <w:t>Insufficient sleep is associated with impaired physical performance, reduced endurance, slower reaction times and poorer decision-making, all of which matter across every sport. It can also affect appetite regulation and the body's ability to recover between sessions.</w:t>
      </w:r>
    </w:p>
    <w:p>
      <w:r>
        <w:t>For an athlete, this means that a run of poor nights can quietly undermine training quality and increase the sense of fatigue, even if nutrition and training are otherwise sound. Sleep is not a soft, optional extra; it is a genuine performance variable.</w:t>
      </w:r>
    </w:p>
    <w:p>
      <w:pPr>
        <w:pStyle w:val="Heading2"/>
      </w:pPr>
      <w:r>
        <w:t>Sleep and Nutrition Work Together</w:t>
      </w:r>
    </w:p>
    <w:p>
      <w:r>
        <w:t>Sleep and nutrition are partners in recovery, not alternatives. Good recovery nutrition, carbohydrate, protein, fluid and electrolytes after training, gives your body the raw materials, and sleep provides the time and physiological conditions for it to put them to use.</w:t>
      </w:r>
    </w:p>
    <w:p>
      <w:r>
        <w:t>This is why an athlete who fuels well but sleeps poorly is leaving recovery on the table, and vice versa. To recover fully, you need both the materials and the conditions, which means attending to sleep as deliberately as you attend to your post-session nutrition.</w:t>
      </w:r>
    </w:p>
    <w:p>
      <w:pPr>
        <w:pStyle w:val="Heading2"/>
      </w:pPr>
      <w:r>
        <w:t>Protecting Your Sleep</w:t>
      </w:r>
    </w:p>
    <w:p>
      <w:r>
        <w:t>The most important sleep habit is consistency: going to bed and waking at broadly similar times supports better-quality sleep. Beyond that, a wind-down routine, limiting screens and stimulants late in the evening, and a cool, dark, quiet room all help.</w:t>
      </w:r>
    </w:p>
    <w:p>
      <w:r>
        <w:t>For athletes, being mindful of caffeine timing matters too, since caffeine used late in the day for training or competition can interfere with sleep. Balancing caffeine's performance benefits against its effect on your sleep is part of managing both well.</w:t>
      </w:r>
    </w:p>
    <w:p>
      <w:pPr>
        <w:pStyle w:val="Heading2"/>
      </w:pPr>
      <w:r>
        <w:t>When Training Loads Are High</w:t>
      </w:r>
    </w:p>
    <w:p>
      <w:r>
        <w:t>During heavy training blocks or congested competition schedules, your recovery demand rises, and so does your need for sleep. Prioritising sleep becomes even more important precisely when a busy life makes it harder, which is a challenge every committed athlete faces.</w:t>
      </w:r>
    </w:p>
    <w:p>
      <w:r>
        <w:t>Treating sleep as a non-negotiable part of your training, rather than the first thing sacrificed when time is short, is what allows you to absorb heavy loads and keep performing. The athletes who last are usually the ones who protect their sleep.</w:t>
      </w:r>
    </w:p>
    <w:p>
      <w:pPr>
        <w:pStyle w:val="Heading2"/>
      </w:pPr>
      <w:r>
        <w:t>The Takeaway</w:t>
      </w:r>
    </w:p>
    <w:p>
      <w:r>
        <w:t>Sleep is the recovery tool athletes most often neglect and the one that matters most. It underpins physical and mental recovery, works hand in hand with your nutrition, and protects your performance across every sport.</w:t>
      </w:r>
    </w:p>
    <w:p>
      <w:r>
        <w:t>Give sleep the same deliberate attention you give your fuelling and training. Get your recovery nutrition right, then let good, consistent sleep do the work that turns your training into results.</w:t>
      </w:r>
    </w:p>
    <w:p>
      <w:pPr>
        <w:pStyle w:val="Heading2"/>
      </w:pPr>
      <w:r>
        <w:t>Frequently Asked Questions</w:t>
      </w:r>
    </w:p>
    <w:p>
      <w:r>
        <w:rPr>
          <w:b/>
        </w:rPr>
        <w:t>Why is sleep important for athletic recovery?</w:t>
      </w:r>
    </w:p>
    <w:p>
      <w:r>
        <w:t>Sleep is when much of the body's recovery and adaptation happens, supporting muscle repair, hormonal balance, the consolidation of training adaptations, and mental sharpness. No amount of good nutrition fully compensates for consistently getting too little sleep.</w:t>
      </w:r>
    </w:p>
    <w:p>
      <w:r>
        <w:rPr>
          <w:b/>
        </w:rPr>
        <w:t>Does poor sleep affect performance?</w:t>
      </w:r>
    </w:p>
    <w:p>
      <w:r>
        <w:t>Yes. Insufficient sleep is associated with impaired physical performance, reduced endurance, slower reaction times and poorer decision-making, and can affect appetite and recovery. A run of poor nights can quietly undermine training quality even when nutrition is sound.</w:t>
      </w:r>
    </w:p>
    <w:p>
      <w:r>
        <w:rPr>
          <w:b/>
        </w:rPr>
        <w:t>How do sleep and nutrition work together for recovery?</w:t>
      </w:r>
    </w:p>
    <w:p>
      <w:r>
        <w:t>They are partners, not alternatives. Recovery nutrition provides the raw materials for repair and refuelling, while sleep provides the time and conditions for your body to use them. To recover fully you need both, so attend to sleep as deliberately as your post-session nutrition.</w:t>
      </w:r>
    </w:p>
    <w:p>
      <w:r>
        <w:rPr>
          <w:b/>
        </w:rPr>
        <w:t>How can athletes improve their sleep?</w:t>
      </w:r>
    </w:p>
    <w:p>
      <w:r>
        <w:t>Consistency is key: go to bed and wake at similar times. A wind-down routine, limiting screens and stimulants late, and a cool, dark, quiet room all help. Be mindful of caffeine timing, as caffeine late in the day for training can interfere with sleep.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