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How Much Protein Do Endurance Athletes Really Need?</w:t>
      </w:r>
    </w:p>
    <w:p>
      <w:r>
        <w:rPr>
          <w:i/>
        </w:rPr>
        <w:t>Protein isn't just for lifters. Here's why endurance athletes need it, how much, and when to take it.</w:t>
      </w:r>
    </w:p>
    <w:p>
      <w:r>
        <w:rPr>
          <w:b/>
        </w:rPr>
        <w:t>Pillar:</w:t>
      </w:r>
      <w:r>
        <w:t xml:space="preserve"> custom sports</w:t>
      </w:r>
    </w:p>
    <w:p>
      <w:r>
        <w:rPr>
          <w:b/>
        </w:rPr>
        <w:t>Funnel stage:</w:t>
      </w:r>
      <w:r>
        <w:t xml:space="preserve"> consideration</w:t>
      </w:r>
    </w:p>
    <w:p>
      <w:r>
        <w:rPr>
          <w:b/>
        </w:rPr>
        <w:t>Primary keyword:</w:t>
      </w:r>
      <w:r>
        <w:t xml:space="preserve"> protein for endurance athletes</w:t>
      </w:r>
    </w:p>
    <w:p>
      <w:r>
        <w:rPr>
          <w:b/>
        </w:rPr>
        <w:t>Conversion keyword:</w:t>
      </w:r>
      <w:r>
        <w:t xml:space="preserve"> buy protein powder</w:t>
      </w:r>
    </w:p>
    <w:p>
      <w:r>
        <w:rPr>
          <w:b/>
        </w:rPr>
        <w:t>Emotion:</w:t>
      </w:r>
      <w:r>
        <w:t xml:space="preserve"> Curiosity</w:t>
      </w:r>
    </w:p>
    <w:p>
      <w:r>
        <w:rPr>
          <w:b/>
        </w:rPr>
        <w:t>Nudges used:</w:t>
      </w:r>
      <w:r>
        <w:t xml:space="preserve"> Authority (Science Says), Clarity</w:t>
      </w:r>
    </w:p>
    <w:p>
      <w:r>
        <w:rPr>
          <w:b/>
        </w:rPr>
        <w:t>Read time:</w:t>
      </w:r>
      <w:r>
        <w:t xml:space="preserve"> 6 min · 1,070 words</w:t>
      </w:r>
    </w:p>
    <w:p>
      <w:r>
        <w:rPr>
          <w:b/>
        </w:rPr>
        <w:t>Tags:</w:t>
      </w:r>
      <w:r>
        <w:t xml:space="preserve"> protein for endurance athletes, buy protein powder, protein, endurance, recovery</w:t>
      </w:r>
    </w:p>
    <w:p>
      <w:r>
        <w:rPr>
          <w:b/>
        </w:rPr>
        <w:t>Slug:</w:t>
      </w:r>
      <w:r>
        <w:t xml:space="preserve"> protein-for-endurance-athletes</w:t>
      </w:r>
    </w:p>
    <w:p>
      <w:r>
        <w:t>Protein has an image problem in endurance sport. Many runners, cyclists and triathletes think of it as the preserve of bodybuilders and gym-goers, something to worry about only if you are trying to get big. In reality, protein plays an important role for endurance athletes, and under-consuming it can quietly undermine your recovery and adaptation.</w:t>
      </w:r>
    </w:p>
    <w:p>
      <w:r>
        <w:t>Here is a clear look at why endurance athletes need protein, how much, and how to fit it into a diet that is, quite rightly, focused heavily on carbohydrate.</w:t>
      </w:r>
    </w:p>
    <w:p>
      <w:pPr>
        <w:pStyle w:val="Heading2"/>
      </w:pPr>
      <w:r>
        <w:t>Why Endurance Athletes Need Protein</w:t>
      </w:r>
    </w:p>
    <w:p>
      <w:r>
        <w:t>Endurance training causes small-scale muscle damage and places ongoing demands on your body to repair and adapt. Protein provides the raw material for that repair and for the adaptations that make you a better endurance athlete, such as improvements in your muscles' capacity to work aerobically.</w:t>
      </w:r>
    </w:p>
    <w:p>
      <w:r>
        <w:t>So while carbohydrate fuels your performance, protein supports the recovery and adaptation that turn training into fitness. Neglecting it means giving your body less of what it needs to bounce back and improve, however well you fuel the work itself.</w:t>
      </w:r>
    </w:p>
    <w:p>
      <w:pPr>
        <w:pStyle w:val="Heading2"/>
      </w:pPr>
      <w:r>
        <w:t>How Much Protein</w:t>
      </w:r>
    </w:p>
    <w:p>
      <w:r>
        <w:t>Endurance athletes generally benefit from more protein than sedentary people, to support their higher repair and adaptation demands. While individual needs vary, the practical guidance is to include a good source of protein at each main meal and after training, rather than fixating on a single daily number.</w:t>
      </w:r>
    </w:p>
    <w:p>
      <w:r>
        <w:t>A common approach is to aim for a moderate amount of protein, in the region of 20 to 30 grams, at each main meal and in your post-training recovery, which for most athletes adds up to an appropriate daily intake spread sensibly across the day.</w:t>
      </w:r>
    </w:p>
    <w:p>
      <w:pPr>
        <w:pStyle w:val="Heading2"/>
      </w:pPr>
      <w:r>
        <w:t>Timing and Distribution</w:t>
      </w:r>
    </w:p>
    <w:p>
      <w:r>
        <w:t>How you distribute protein across the day matters, not just the total. Spreading it fairly evenly across your meals, rather than loading most of it into one, supports ongoing repair more effectively. Including protein in your post-training recovery, alongside carbohydrate, is a particularly valuable habit.</w:t>
      </w:r>
    </w:p>
    <w:p>
      <w:r>
        <w:t>This is because the period after training is when your muscles are primed to use protein for repair and adaptation. Getting protein in then, in the region of 20 to 30 grams, makes good use of that window.</w:t>
      </w:r>
    </w:p>
    <w:p>
      <w:pPr>
        <w:pStyle w:val="Heading2"/>
      </w:pPr>
      <w:r>
        <w:t>Protein Doesn't Replace Carbohydrate</w:t>
      </w:r>
    </w:p>
    <w:p>
      <w:r>
        <w:t>A crucial caveat for endurance athletes: protein complements carbohydrate, it does not replace it. Carbohydrate remains your primary performance fuel, and cutting it to prioritise protein would harm your training and racing. The goal is adequate protein alongside sufficient carbohydrate.</w:t>
      </w:r>
    </w:p>
    <w:p>
      <w:r>
        <w:t>This is worth emphasising because occasionally endurance athletes, hearing that protein matters, overcorrect and under-fuel their carbohydrate. Both nutrients have their role; endurance performance needs carbohydrate to fuel it and protein to support recovery.</w:t>
      </w:r>
    </w:p>
    <w:p>
      <w:pPr>
        <w:pStyle w:val="Heading2"/>
      </w:pPr>
      <w:r>
        <w:t>Practical Protein Sources</w:t>
      </w:r>
    </w:p>
    <w:p>
      <w:r>
        <w:t>Protein can come from a wide range of everyday foods, and most athletes can meet their needs through a balanced diet. For the post-training window specifically, convenience often matters, which is where protein or recovery products, including those combining protein with carbohydrate, are useful when appetite is low or time is short.</w:t>
      </w:r>
    </w:p>
    <w:p>
      <w:r>
        <w:t>Recovery products that provide both carbohydrate and protein are a practical way to hit your recovery targets after a session. Otherwise, ordinary protein-containing meals and snacks across the day do the job well.</w:t>
      </w:r>
    </w:p>
    <w:p>
      <w:pPr>
        <w:pStyle w:val="Heading2"/>
      </w:pPr>
      <w:r>
        <w:t>The Takeaway</w:t>
      </w:r>
    </w:p>
    <w:p>
      <w:r>
        <w:t>Endurance athletes do need protein, to support the repair and adaptation that turn training into fitness. Aim for a moderate amount at each main meal and after training, spread it across the day, and always keep it alongside sufficient carbohydrate rather than at its expense.</w:t>
      </w:r>
    </w:p>
    <w:p>
      <w:r>
        <w:t>Give protein the attention it deserves, without losing sight of carbohydrate's primacy for fuelling, and you recover better and adapt more effectively from your endurance training.</w:t>
      </w:r>
    </w:p>
    <w:p>
      <w:pPr>
        <w:pStyle w:val="Heading2"/>
      </w:pPr>
      <w:r>
        <w:t>Frequently Asked Questions</w:t>
      </w:r>
    </w:p>
    <w:p>
      <w:r>
        <w:rPr>
          <w:b/>
        </w:rPr>
        <w:t>Do endurance athletes need protein?</w:t>
      </w:r>
    </w:p>
    <w:p>
      <w:r>
        <w:t>Yes. Endurance training causes muscle damage and demands repair and adaptation, for which protein provides the raw material. While carbohydrate fuels performance, protein supports the recovery and adaptation that turn training into fitness, so under-consuming it undermines progress.</w:t>
      </w:r>
    </w:p>
    <w:p>
      <w:r>
        <w:rPr>
          <w:b/>
        </w:rPr>
        <w:t>How much protein should endurance athletes eat?</w:t>
      </w:r>
    </w:p>
    <w:p>
      <w:r>
        <w:t>Rather than fixating on one daily number, include a good source of protein, in the region of 20 to 30 grams, at each main meal and in your post-training recovery. Spread across the day, this adds up to an appropriate intake for most endurance athletes.</w:t>
      </w:r>
    </w:p>
    <w:p>
      <w:r>
        <w:rPr>
          <w:b/>
        </w:rPr>
        <w:t>Does protein replace carbohydrate for endurance athletes?</w:t>
      </w:r>
    </w:p>
    <w:p>
      <w:r>
        <w:t>No. Protein complements carbohydrate, it does not replace it. Carbohydrate remains your primary performance fuel, and cutting it to prioritise protein would harm training and racing. Aim for adequate protein alongside sufficient carbohydrate, not at its expense.</w:t>
      </w:r>
    </w:p>
    <w:p>
      <w:r>
        <w:rPr>
          <w:b/>
        </w:rPr>
        <w:t>When should endurance athletes take protein?</w:t>
      </w:r>
    </w:p>
    <w:p>
      <w:r>
        <w:t>Distribute protein across your meals rather than loading it into one, and include it in your post-training recovery alongside carbohydrate, when your muscles are primed to use it for repair. Around 20 to 30 grams in that window makes good use of the opportunity.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