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Nutrition for Swimmers: Fuelling in and out of the Pool</w:t>
      </w:r>
    </w:p>
    <w:p>
      <w:r>
        <w:rPr>
          <w:i/>
        </w:rPr>
        <w:t>Swimming's demands are unique, and so is fuelling for it. Here's how swimmers should eat to train and perform.</w:t>
      </w:r>
    </w:p>
    <w:p>
      <w:r>
        <w:rPr>
          <w:b/>
        </w:rPr>
        <w:t>Pillar:</w:t>
      </w:r>
      <w:r>
        <w:t xml:space="preserve"> swimming</w:t>
      </w:r>
    </w:p>
    <w:p>
      <w:r>
        <w:rPr>
          <w:b/>
        </w:rPr>
        <w:t>Funnel stage:</w:t>
      </w:r>
      <w:r>
        <w:t xml:space="preserve"> consideration</w:t>
      </w:r>
    </w:p>
    <w:p>
      <w:r>
        <w:rPr>
          <w:b/>
        </w:rPr>
        <w:t>Primary keyword:</w:t>
      </w:r>
      <w:r>
        <w:t xml:space="preserve"> nutrition for swimmers</w:t>
      </w:r>
    </w:p>
    <w:p>
      <w:r>
        <w:rPr>
          <w:b/>
        </w:rPr>
        <w:t>Conversion keyword:</w:t>
      </w:r>
      <w:r>
        <w:t xml:space="preserve"> buy swimming nutrition</w:t>
      </w:r>
    </w:p>
    <w:p>
      <w:r>
        <w:rPr>
          <w:b/>
        </w:rPr>
        <w:t>Emotion:</w:t>
      </w:r>
      <w:r>
        <w:t xml:space="preserve"> Curiosity</w:t>
      </w:r>
    </w:p>
    <w:p>
      <w:r>
        <w:rPr>
          <w:b/>
        </w:rPr>
        <w:t>Nudges used:</w:t>
      </w:r>
      <w:r>
        <w:t xml:space="preserve"> Authority (Science Says), Clarity</w:t>
      </w:r>
    </w:p>
    <w:p>
      <w:r>
        <w:rPr>
          <w:b/>
        </w:rPr>
        <w:t>Read time:</w:t>
      </w:r>
      <w:r>
        <w:t xml:space="preserve"> 6 min · 1,060 words</w:t>
      </w:r>
    </w:p>
    <w:p>
      <w:r>
        <w:rPr>
          <w:b/>
        </w:rPr>
        <w:t>Tags:</w:t>
      </w:r>
      <w:r>
        <w:t xml:space="preserve"> nutrition for swimmers, buy swimming nutrition, swimming, fuelling, recovery</w:t>
      </w:r>
    </w:p>
    <w:p>
      <w:r>
        <w:rPr>
          <w:b/>
        </w:rPr>
        <w:t>Slug:</w:t>
      </w:r>
      <w:r>
        <w:t xml:space="preserve"> nutrition-for-swimmers</w:t>
      </w:r>
    </w:p>
    <w:p>
      <w:r>
        <w:t>Swimming places unusual demands on the body, and fuelling for it comes with its own quirks. You cannot easily eat or drink mid-session, training often happens early in the morning, and the cool water environment can mask both effort and dehydration. All of this shapes how swimmers should approach nutrition.</w:t>
      </w:r>
    </w:p>
    <w:p>
      <w:r>
        <w:t>Whether you are a competitive swimmer or training in the pool as part of a wider programme, understanding swimming's particular demands helps you fuel to train hard and perform well. Here is what to know.</w:t>
      </w:r>
    </w:p>
    <w:p>
      <w:pPr>
        <w:pStyle w:val="Heading2"/>
      </w:pPr>
      <w:r>
        <w:t>Swimming Is Carbohydrate-Hungry</w:t>
      </w:r>
    </w:p>
    <w:p>
      <w:r>
        <w:t>Swimming, particularly hard interval training, is highly demanding and draws heavily on carbohydrate. Sessions often involve repeated high-intensity efforts that burn through glycogen quickly, so arriving at training with well-stocked stores is important for maintaining the quality of the work.</w:t>
      </w:r>
    </w:p>
    <w:p>
      <w:r>
        <w:t>For swimmers training hard, ensuring adequate carbohydrate in the diet around sessions is a foundation. Under-fuelled swimming sessions tend to fall apart in quality, with times slipping as the set goes on.</w:t>
      </w:r>
    </w:p>
    <w:p>
      <w:pPr>
        <w:pStyle w:val="Heading2"/>
      </w:pPr>
      <w:r>
        <w:t>The Early Morning Challenge</w:t>
      </w:r>
    </w:p>
    <w:p>
      <w:r>
        <w:t>Swim training frequently happens early, before many people would normally eat, which creates a fuelling challenge. Training completely fasted first thing can compromise the quality of a hard session, so even a small, easily digestible carbohydrate snack beforehand can help, if your stomach tolerates it.</w:t>
      </w:r>
    </w:p>
    <w:p>
      <w:r>
        <w:t>Experiment in training to find what works for you before an early session, whether that is a small snack, a carbohydrate drink, or something else light. The aim is enough fuel to train well without discomfort in the water.</w:t>
      </w:r>
    </w:p>
    <w:p>
      <w:pPr>
        <w:pStyle w:val="Heading2"/>
      </w:pPr>
      <w:r>
        <w:t>Fuelling Longer Sessions</w:t>
      </w:r>
    </w:p>
    <w:p>
      <w:r>
        <w:t>For longer pool sessions, taking on some carbohydrate during the session, at the wall between sets, can help maintain energy and quality. A sports drink or easily consumed carbohydrate kept poolside makes this practical despite the constraints of the environment.</w:t>
      </w:r>
    </w:p>
    <w:p>
      <w:r>
        <w:t>This matters most for long, demanding sessions where glycogen depletion becomes a real factor. For shorter sessions, good pre-session fuelling usually suffices.</w:t>
      </w:r>
    </w:p>
    <w:p>
      <w:pPr>
        <w:pStyle w:val="Heading2"/>
      </w:pPr>
      <w:r>
        <w:t>Hydration Despite the Water</w:t>
      </w:r>
    </w:p>
    <w:p>
      <w:r>
        <w:t>It is easy to assume you do not sweat or dehydrate while swimming, but you do, and the cool, wet environment simply masks it. Dehydration affects swimmers just as it does other athletes, so drinking around and, where practical, during sessions matters.</w:t>
      </w:r>
    </w:p>
    <w:p>
      <w:r>
        <w:t>Keep a drink poolside and use the gaps between sets. Staying hydrated supports both your training quality and your recovery, even though the sensation of thirst may be dulled in the pool.</w:t>
      </w:r>
    </w:p>
    <w:p>
      <w:pPr>
        <w:pStyle w:val="Heading2"/>
      </w:pPr>
      <w:r>
        <w:t>Recovery for Swimmers</w:t>
      </w:r>
    </w:p>
    <w:p>
      <w:r>
        <w:t>With swimmers often training frequently, sometimes twice a day, recovery nutrition is crucial. Taking on carbohydrate and protein after demanding sessions refills glycogen and supports repair, helping you turn around well for the next session.</w:t>
      </w:r>
    </w:p>
    <w:p>
      <w:r>
        <w:t>This is especially important between a morning and evening session, where the recovery window is short. A recovery product combining carbohydrate and protein is a convenient way to refuel quickly when time between sessions is tight.</w:t>
      </w:r>
    </w:p>
    <w:p>
      <w:pPr>
        <w:pStyle w:val="Heading2"/>
      </w:pPr>
      <w:r>
        <w:t>The Takeaway</w:t>
      </w:r>
    </w:p>
    <w:p>
      <w:r>
        <w:t>For swimmers, prioritise adequate carbohydrate around sessions, address the early-morning fuelling challenge with something light if needed, take on carbohydrate during long sessions, stay hydrated despite the water, and recover well between frequent sessions. Each of these is a small habit, but together they add up to the difference between training that holds its quality and training that quietly falls away as the week goes on.</w:t>
      </w:r>
    </w:p>
    <w:p>
      <w:r>
        <w:t>Swimming's demands are unique, but the underlying principles are familiar: fuel the work, hydrate, and recover. Apply them with swimming's quirks in mind and you will train harder and perform better in the pool.</w:t>
      </w:r>
    </w:p>
    <w:p>
      <w:pPr>
        <w:pStyle w:val="Heading2"/>
      </w:pPr>
      <w:r>
        <w:t>Frequently Asked Questions</w:t>
      </w:r>
    </w:p>
    <w:p>
      <w:r>
        <w:rPr>
          <w:b/>
        </w:rPr>
        <w:t>Do swimmers need to fuel like other endurance athletes?</w:t>
      </w:r>
    </w:p>
    <w:p>
      <w:r>
        <w:t>The principles are similar but shaped by swimming's quirks. Swimming is carbohydrate-hungry, especially hard interval training, so adequate carbohydrate around sessions matters, alongside addressing early-morning training, hydration despite the water, and recovery between frequent sessions.</w:t>
      </w:r>
    </w:p>
    <w:p>
      <w:r>
        <w:rPr>
          <w:b/>
        </w:rPr>
        <w:t>Should I eat before early morning swim training?</w:t>
      </w:r>
    </w:p>
    <w:p>
      <w:r>
        <w:t>Training completely fasted can compromise a hard early session, so a small, easily digestible carbohydrate snack or drink beforehand can help if your stomach tolerates it. Experiment in training to find what works for you without causing discomfort in the water.</w:t>
      </w:r>
    </w:p>
    <w:p>
      <w:r>
        <w:rPr>
          <w:b/>
        </w:rPr>
        <w:t>Do swimmers need to hydrate?</w:t>
      </w:r>
    </w:p>
    <w:p>
      <w:r>
        <w:t>Yes. You still sweat and dehydrate while swimming, but the cool, wet environment masks it. Dehydration affects swimmers like any athlete, so keep a drink poolside and use the gaps between sets, even though your sense of thirst may be dulled.</w:t>
      </w:r>
    </w:p>
    <w:p>
      <w:r>
        <w:rPr>
          <w:b/>
        </w:rPr>
        <w:t>Why is recovery important for swimmers?</w:t>
      </w:r>
    </w:p>
    <w:p>
      <w:r>
        <w:t>Swimmers often train frequently, sometimes twice a day, so recovery nutrition is crucial. Carbohydrate and protein after demanding sessions refills glycogen and supports repair, which matters especially in the short window between a morning and evening session.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