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Top Tips to Increase Your Running Endurance</w:t>
      </w:r>
    </w:p>
    <w:p>
      <w:r>
        <w:rPr>
          <w:i/>
        </w:rPr>
        <w:t>Endurance is built, not born. Here's how training and nutrition work together to let you run further and stronger.</w:t>
      </w:r>
    </w:p>
    <w:p>
      <w:r>
        <w:rPr>
          <w:b/>
        </w:rPr>
        <w:t>Pillar:</w:t>
      </w:r>
      <w:r>
        <w:t xml:space="preserve"> running</w:t>
      </w:r>
    </w:p>
    <w:p>
      <w:r>
        <w:rPr>
          <w:b/>
        </w:rPr>
        <w:t>Funnel stage:</w:t>
      </w:r>
      <w:r>
        <w:t xml:space="preserve"> awareness</w:t>
      </w:r>
    </w:p>
    <w:p>
      <w:r>
        <w:rPr>
          <w:b/>
        </w:rPr>
        <w:t>Primary keyword:</w:t>
      </w:r>
      <w:r>
        <w:t xml:space="preserve"> how to increase running endurance</w:t>
      </w:r>
    </w:p>
    <w:p>
      <w:r>
        <w:rPr>
          <w:b/>
        </w:rPr>
        <w:t>Conversion keyword:</w:t>
      </w:r>
      <w:r>
        <w:t xml:space="preserve"> buy endurance nutrition</w:t>
      </w:r>
    </w:p>
    <w:p>
      <w:r>
        <w:rPr>
          <w:b/>
        </w:rPr>
        <w:t>Emotion:</w:t>
      </w:r>
      <w:r>
        <w:t xml:space="preserve"> Aspiration</w:t>
      </w:r>
    </w:p>
    <w:p>
      <w:r>
        <w:rPr>
          <w:b/>
        </w:rPr>
        <w:t>Nudges used:</w:t>
      </w:r>
      <w:r>
        <w:t xml:space="preserve"> Goal-Gradient, Identity Anchoring</w:t>
      </w:r>
    </w:p>
    <w:p>
      <w:r>
        <w:rPr>
          <w:b/>
        </w:rPr>
        <w:t>Read time:</w:t>
      </w:r>
      <w:r>
        <w:t xml:space="preserve"> 6 min · 1,090 words</w:t>
      </w:r>
    </w:p>
    <w:p>
      <w:r>
        <w:rPr>
          <w:b/>
        </w:rPr>
        <w:t>Tags:</w:t>
      </w:r>
      <w:r>
        <w:t xml:space="preserve"> how to increase running endurance, buy endurance nutrition, running, endurance, training</w:t>
      </w:r>
    </w:p>
    <w:p>
      <w:r>
        <w:rPr>
          <w:b/>
        </w:rPr>
        <w:t>Slug:</w:t>
      </w:r>
      <w:r>
        <w:t xml:space="preserve"> increase-running-endurance</w:t>
      </w:r>
    </w:p>
    <w:p>
      <w:r>
        <w:t>Running endurance, the ability to keep going further and stronger, is one of the most satisfying things to build, and one of the most trainable. Nobody is simply born able to run for hours; that capacity is developed through consistent training and supported by smart nutrition working together.</w:t>
      </w:r>
    </w:p>
    <w:p>
      <w:r>
        <w:t>If you want to extend how far you can comfortably run, the levers are well established. Here are the ones that make the biggest difference, and how fuelling underpins all of them.</w:t>
      </w:r>
    </w:p>
    <w:p>
      <w:pPr>
        <w:pStyle w:val="Heading2"/>
      </w:pPr>
      <w:r>
        <w:t>Build Your Base Gradually</w:t>
      </w:r>
    </w:p>
    <w:p>
      <w:r>
        <w:t>Endurance is built on consistent, mostly easy mileage. The runners who improve steadily are usually the ones who resist doing too much too soon and instead accumulate regular, manageable volume over weeks and months. Your body adapts to the load you give it, provided you give it time to absorb that load.</w:t>
      </w:r>
    </w:p>
    <w:p>
      <w:r>
        <w:t>The classic mistake is increasing your distance too aggressively, which leads to fatigue or injury rather than progress. Patience is not glamorous, but it is how lasting endurance is made.</w:t>
      </w:r>
    </w:p>
    <w:p>
      <w:pPr>
        <w:pStyle w:val="Heading2"/>
      </w:pPr>
      <w:r>
        <w:t>Fuel Your Longer Runs Properly</w:t>
      </w:r>
    </w:p>
    <w:p>
      <w:r>
        <w:t>As your runs extend beyond an hour, fuelling becomes central to endurance. Without carbohydrate coming in, your glycogen stores deplete and your pace and form fall away. Taking on carbohydrate on the move lets you run longer at a given effort and finish sessions strong rather than limping home.</w:t>
      </w:r>
    </w:p>
    <w:p>
      <w:r>
        <w:t>For long runs, target carbohydrate intake matched to the duration, using dual-source products like BETA Fuel for the higher intakes long sessions demand. Well-fuelled long runs are both better training and a rehearsal for going further still.</w:t>
      </w:r>
    </w:p>
    <w:p>
      <w:pPr>
        <w:pStyle w:val="Heading2"/>
      </w:pPr>
      <w:r>
        <w:t>Train Your Gut Alongside Your Legs</w:t>
      </w:r>
    </w:p>
    <w:p>
      <w:r>
        <w:t>One of the hidden limits on endurance is how much fuel your gut can absorb on the move. This capacity is trainable: practise taking carbohydrate at running intensity, regularly, and your gut adapts to handle more with less discomfort.</w:t>
      </w:r>
    </w:p>
    <w:p>
      <w:r>
        <w:t>Building this tolerance progressively over your training means that as your runs get longer, your fuelling can keep up. A gut that cannot take on enough fuel will cap your endurance no matter how fit your legs are.</w:t>
      </w:r>
    </w:p>
    <w:p>
      <w:pPr>
        <w:pStyle w:val="Heading2"/>
      </w:pPr>
      <w:r>
        <w:t>Don't Neglect Recovery</w:t>
      </w:r>
    </w:p>
    <w:p>
      <w:r>
        <w:t>Endurance is built between runs as much as during them. Good recovery, refuelling with carbohydrate and protein after demanding sessions, rehydrating, and prioritising sleep, is what lets you train consistently enough to improve.</w:t>
      </w:r>
    </w:p>
    <w:p>
      <w:r>
        <w:t>Skip recovery and fatigue accumulates, training quality drops, and your endurance stalls. Treat the hours after a hard run as part of the training, not time off from it.</w:t>
      </w:r>
    </w:p>
    <w:p>
      <w:pPr>
        <w:pStyle w:val="Heading2"/>
      </w:pPr>
      <w:r>
        <w:t>Vary Your Sessions</w:t>
      </w:r>
    </w:p>
    <w:p>
      <w:r>
        <w:t>While easy mileage builds the base, a mix of sessions develops the full range of endurance. Long runs build the capacity to keep going, tempo and threshold runs raise the pace you can hold before fatigue, and progression runs teach you to finish strong on tired legs.</w:t>
      </w:r>
    </w:p>
    <w:p>
      <w:r>
        <w:t>Fuelling each type appropriately means you get the most from it. A joined-up programme of varied, well-fuelled sessions builds endurance faster than endless identical runs.</w:t>
      </w:r>
    </w:p>
    <w:p>
      <w:pPr>
        <w:pStyle w:val="Heading2"/>
      </w:pPr>
      <w:r>
        <w:t>Make It a Habit</w:t>
      </w:r>
    </w:p>
    <w:p>
      <w:r>
        <w:t>The deepest driver of endurance is consistency over time, and consistency comes from habit. When training and fuelling become part of your routine rather than decisions you have to make each day, the miles accumulate almost by themselves, and your endurance grows with them.</w:t>
      </w:r>
    </w:p>
    <w:p>
      <w:r>
        <w:t>Build the habits, fuel the work, recover well, and be patient. Endurance rewards the runner who keeps showing up more than the one who trains hardest for a fortnight and burns out.</w:t>
      </w:r>
    </w:p>
    <w:p>
      <w:pPr>
        <w:pStyle w:val="Heading2"/>
      </w:pPr>
      <w:r>
        <w:t>Frequently Asked Questions</w:t>
      </w:r>
    </w:p>
    <w:p>
      <w:r>
        <w:rPr>
          <w:b/>
        </w:rPr>
        <w:t>How can I increase my running endurance?</w:t>
      </w:r>
    </w:p>
    <w:p>
      <w:r>
        <w:t>Build your mileage gradually and consistently, fuel your longer runs properly, train your gut to absorb carbohydrate on the move, recover well between sessions, and vary your training. Consistency over time, supported by smart nutrition, is what develops lasting endurance.</w:t>
      </w:r>
    </w:p>
    <w:p>
      <w:r>
        <w:rPr>
          <w:b/>
        </w:rPr>
        <w:t>Does nutrition affect running endurance?</w:t>
      </w:r>
    </w:p>
    <w:p>
      <w:r>
        <w:t>Significantly. Carbohydrate fuels your pace on longer runs, and without it your glycogen stores deplete and performance fades. Fuelling long runs, training your gut to absorb more, and recovering well between sessions all directly support building endurance.</w:t>
      </w:r>
    </w:p>
    <w:p>
      <w:r>
        <w:rPr>
          <w:b/>
        </w:rPr>
        <w:t>Why does gut training matter for endurance?</w:t>
      </w:r>
    </w:p>
    <w:p>
      <w:r>
        <w:t>How much fuel your gut can absorb on the move is a hidden limit on endurance. By practising taking carbohydrate at running intensity regularly, your gut adapts to handle more with less discomfort, so your fuelling can keep up as your runs get longer.</w:t>
      </w:r>
    </w:p>
    <w:p>
      <w:r>
        <w:rPr>
          <w:b/>
        </w:rPr>
        <w:t>How important is recovery for building endurance?</w:t>
      </w:r>
    </w:p>
    <w:p>
      <w:r>
        <w:t>Very. Endurance is built between runs as well as during them. Refuelling with carbohydrate and protein, rehydrating, and prioritising sleep after demanding sessions lets you train consistently, which is what drives improvement. Neglecting recovery stalls progress.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