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Hydration and Electrolytes: What Every Athlete Should Know</w:t>
      </w:r>
    </w:p>
    <w:p>
      <w:r>
        <w:rPr>
          <w:i/>
        </w:rPr>
        <w:t>Water alone isn't always enough. Here's how hydration and electrolytes really work, and how to get them right.</w:t>
      </w:r>
    </w:p>
    <w:p>
      <w:r>
        <w:rPr>
          <w:b/>
        </w:rPr>
        <w:t>Pillar:</w:t>
      </w:r>
      <w:r>
        <w:t xml:space="preserve"> custom sports</w:t>
      </w:r>
    </w:p>
    <w:p>
      <w:r>
        <w:rPr>
          <w:b/>
        </w:rPr>
        <w:t>Funnel stage:</w:t>
      </w:r>
      <w:r>
        <w:t xml:space="preserve"> awareness</w:t>
      </w:r>
    </w:p>
    <w:p>
      <w:r>
        <w:rPr>
          <w:b/>
        </w:rPr>
        <w:t>Primary keyword:</w:t>
      </w:r>
      <w:r>
        <w:t xml:space="preserve"> hydration and electrolytes for athletes</w:t>
      </w:r>
    </w:p>
    <w:p>
      <w:r>
        <w:rPr>
          <w:b/>
        </w:rPr>
        <w:t>Conversion keyword:</w:t>
      </w:r>
      <w:r>
        <w:t xml:space="preserve"> buy electrolyte tablets</w:t>
      </w:r>
    </w:p>
    <w:p>
      <w:r>
        <w:rPr>
          <w:b/>
        </w:rPr>
        <w:t>Emotion:</w:t>
      </w:r>
      <w:r>
        <w:t xml:space="preserve"> Confidence</w:t>
      </w:r>
    </w:p>
    <w:p>
      <w:r>
        <w:rPr>
          <w:b/>
        </w:rPr>
        <w:t>Nudges used:</w:t>
      </w:r>
      <w:r>
        <w:t xml:space="preserve"> Authority (Science Says), Clarity</w:t>
      </w:r>
    </w:p>
    <w:p>
      <w:r>
        <w:rPr>
          <w:b/>
        </w:rPr>
        <w:t>Read time:</w:t>
      </w:r>
      <w:r>
        <w:t xml:space="preserve"> 6 min · 1,080 words</w:t>
      </w:r>
    </w:p>
    <w:p>
      <w:r>
        <w:rPr>
          <w:b/>
        </w:rPr>
        <w:t>Tags:</w:t>
      </w:r>
      <w:r>
        <w:t xml:space="preserve"> hydration and electrolytes for athletes, buy electrolyte tablets, hydration, electrolytes, performance</w:t>
      </w:r>
    </w:p>
    <w:p>
      <w:r>
        <w:rPr>
          <w:b/>
        </w:rPr>
        <w:t>Slug:</w:t>
      </w:r>
      <w:r>
        <w:t xml:space="preserve"> hydration-electrolytes-athletes</w:t>
      </w:r>
    </w:p>
    <w:p>
      <w:r>
        <w:t>Hydration is one of those topics every athlete knows is important yet few fully understand. Beyond the basic advice to drink water lies a more useful picture involving sweat rates, electrolytes and the balance between drinking too little and too much. Getting hydration right genuinely affects performance, and getting it wrong, in either direction, causes problems.</w:t>
      </w:r>
    </w:p>
    <w:p>
      <w:r>
        <w:t>This guide explains how hydration and electrolytes actually work for athletes, and how to apply that understanding without overcomplicating it.</w:t>
      </w:r>
    </w:p>
    <w:p>
      <w:pPr>
        <w:pStyle w:val="Heading2"/>
      </w:pPr>
      <w:r>
        <w:t>Why Hydration Matters</w:t>
      </w:r>
    </w:p>
    <w:p>
      <w:r>
        <w:t>When you exercise, you lose fluid through sweat, and losing too much impairs both physical performance and, importantly, concentration and decision-making. Even relatively modest dehydration can reduce your ability to sustain effort and think clearly, which matters across every sport.</w:t>
      </w:r>
    </w:p>
    <w:p>
      <w:r>
        <w:t>The goal of hydration is to limit those losses to a manageable level, so that fluid balance does not become a limiting factor in your performance. It is not about being perfectly hydrated at all times, but about avoiding the meaningful deficits that hurt you.</w:t>
      </w:r>
    </w:p>
    <w:p>
      <w:pPr>
        <w:pStyle w:val="Heading2"/>
      </w:pPr>
      <w:r>
        <w:t>The Role of Electrolytes</w:t>
      </w:r>
    </w:p>
    <w:p>
      <w:r>
        <w:t>Sweat contains not just water but electrolytes, particularly sodium. When sweat losses are high, replacing only water and not the sodium you have lost can disrupt your fluid balance, and in extreme cases contribute to problems. This is why, beyond a certain level of sweating, electrolytes matter alongside fluid.</w:t>
      </w:r>
    </w:p>
    <w:p>
      <w:r>
        <w:t>Sodium is the key electrolyte for most athletes' purposes. Replacing it alongside fluid, particularly on long or hot sessions, supports proper hydration in a way that water alone cannot always achieve.</w:t>
      </w:r>
    </w:p>
    <w:p>
      <w:pPr>
        <w:pStyle w:val="Heading2"/>
      </w:pPr>
      <w:r>
        <w:t>Know Your Own Sweat</w:t>
      </w:r>
    </w:p>
    <w:p>
      <w:r>
        <w:t>How much fluid and sodium you need to replace depends heavily on how much you sweat and how salty your sweat is, both of which vary considerably between individuals and with the conditions. A light sweater in cool conditions has very different needs from a heavy, salty sweater in the heat.</w:t>
      </w:r>
    </w:p>
    <w:p>
      <w:r>
        <w:t>You do not need to measure everything precisely, but having a rough sense of your own sweat characteristics lets you plan a sensible strategy rather than applying generic rules that may not fit you. Self-knowledge is the foundation of good hydration.</w:t>
      </w:r>
    </w:p>
    <w:p>
      <w:pPr>
        <w:pStyle w:val="Heading2"/>
      </w:pPr>
      <w:r>
        <w:t>Don't Over-Drink Either</w:t>
      </w:r>
    </w:p>
    <w:p>
      <w:r>
        <w:t>Hydration is a balance, and it is possible to drink too much. Over-drinking, taking on far more fluid than you lose, can dilute your body's sodium and cause its own problems, which is why the old advice to drink as much as possible is misguided.</w:t>
      </w:r>
    </w:p>
    <w:p>
      <w:r>
        <w:t>The sensible approach is to match your fluid intake to your losses and the conditions, drinking steadily to a comfortable state rather than forcing down excessive volumes. Both under- and over-drinking cause problems; the aim is the sensible middle.</w:t>
      </w:r>
    </w:p>
    <w:p>
      <w:pPr>
        <w:pStyle w:val="Heading2"/>
      </w:pPr>
      <w:r>
        <w:t>Practical Hydration Strategy</w:t>
      </w:r>
    </w:p>
    <w:p>
      <w:r>
        <w:t>In practice, this means starting sessions well hydrated, drinking steadily during longer or hotter sessions rather than in large gulps, and including electrolytes when sweat losses are high. Electrolyte products like HYDRO tablets make managing sodium and fluid straightforward.</w:t>
      </w:r>
    </w:p>
    <w:p>
      <w:r>
        <w:t>Afterwards, rehydrate by replacing both the fluid and the sodium you have lost, particularly following hot or long sessions. Matching your strategy to the demands of the session and the conditions is the whole art of it.</w:t>
      </w:r>
    </w:p>
    <w:p>
      <w:pPr>
        <w:pStyle w:val="Heading2"/>
      </w:pPr>
      <w:r>
        <w:t>The Takeaway</w:t>
      </w:r>
    </w:p>
    <w:p>
      <w:r>
        <w:t>Good hydration means limiting fluid losses to a manageable level, replacing sodium when sweat losses are high, knowing your own sweat characteristics, and avoiding both under- and over-drinking. Water alone is fine for shorter, cooler sessions, but electrolytes matter as demands rise.</w:t>
      </w:r>
    </w:p>
    <w:p>
      <w:r>
        <w:t>Get hydration right and you remove it as a limiting factor, protecting both your physical performance and your mental sharpness. It is a simple system once you understand the principles behind it.</w:t>
      </w:r>
    </w:p>
    <w:p>
      <w:pPr>
        <w:pStyle w:val="Heading2"/>
      </w:pPr>
      <w:r>
        <w:t>Frequently Asked Questions</w:t>
      </w:r>
    </w:p>
    <w:p>
      <w:r>
        <w:rPr>
          <w:b/>
        </w:rPr>
        <w:t>Do athletes need electrolytes or just water?</w:t>
      </w:r>
    </w:p>
    <w:p>
      <w:r>
        <w:t>Water is fine for shorter, cooler sessions, but when sweat losses are high, replacing sodium alongside fluid matters. Sweat contains electrolytes, particularly sodium, and replacing only water can disrupt fluid balance on long or hot sessions.</w:t>
      </w:r>
    </w:p>
    <w:p>
      <w:r>
        <w:rPr>
          <w:b/>
        </w:rPr>
        <w:t>How much should athletes drink during exercise?</w:t>
      </w:r>
    </w:p>
    <w:p>
      <w:r>
        <w:t>Match your fluid intake to your losses and the conditions, drinking steadily to a comfortable state rather than forcing down large volumes. Both under-drinking and over-drinking cause problems, so the aim is the sensible middle, adjusted to how much you sweat.</w:t>
      </w:r>
    </w:p>
    <w:p>
      <w:r>
        <w:rPr>
          <w:b/>
        </w:rPr>
        <w:t>Why does sodium matter for hydration?</w:t>
      </w:r>
    </w:p>
    <w:p>
      <w:r>
        <w:t>Sodium is the key electrolyte lost in sweat, and when losses are high, replacing only water can disrupt your fluid balance. Replacing sodium alongside fluid, particularly on long or hot sessions, supports proper hydration in a way water alone cannot always achieve.</w:t>
      </w:r>
    </w:p>
    <w:p>
      <w:r>
        <w:rPr>
          <w:b/>
        </w:rPr>
        <w:t>Can you drink too much water when exercising?</w:t>
      </w:r>
    </w:p>
    <w:p>
      <w:r>
        <w:t>Yes. Over-drinking, taking on far more fluid than you lose, can dilute your body's sodium and cause its own problems. The old advice to drink as much as possible is misguided; match your intake to your losses and the conditions instead.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