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How Protein Helps Cyclists (It's Not Just for the Gym)</w:t>
      </w:r>
    </w:p>
    <w:p>
      <w:r>
        <w:rPr>
          <w:i/>
        </w:rPr>
        <w:t>Endurance athletes often overlook protein. For cyclists, it's central to recovery, adaptation and staying strong all season.</w:t>
      </w:r>
    </w:p>
    <w:p>
      <w:r>
        <w:rPr>
          <w:b/>
        </w:rPr>
        <w:t>Pillar:</w:t>
      </w:r>
      <w:r>
        <w:t xml:space="preserve"> cycling</w:t>
      </w:r>
    </w:p>
    <w:p>
      <w:r>
        <w:rPr>
          <w:b/>
        </w:rPr>
        <w:t>Funnel stage:</w:t>
      </w:r>
      <w:r>
        <w:t xml:space="preserve"> consideration</w:t>
      </w:r>
    </w:p>
    <w:p>
      <w:r>
        <w:rPr>
          <w:b/>
        </w:rPr>
        <w:t>Primary keyword:</w:t>
      </w:r>
      <w:r>
        <w:t xml:space="preserve"> protein for cyclists</w:t>
      </w:r>
    </w:p>
    <w:p>
      <w:r>
        <w:rPr>
          <w:b/>
        </w:rPr>
        <w:t>Conversion keyword:</w:t>
      </w:r>
      <w:r>
        <w:t xml:space="preserve"> buy protein for recovery</w:t>
      </w:r>
    </w:p>
    <w:p>
      <w:r>
        <w:rPr>
          <w:b/>
        </w:rPr>
        <w:t>Emotion:</w:t>
      </w:r>
      <w:r>
        <w:t xml:space="preserve"> Curiosity</w:t>
      </w:r>
    </w:p>
    <w:p>
      <w:r>
        <w:rPr>
          <w:b/>
        </w:rPr>
        <w:t>Nudges used:</w:t>
      </w:r>
      <w:r>
        <w:t xml:space="preserve"> Authority (Science Says), Loss Aversion</w:t>
      </w:r>
    </w:p>
    <w:p>
      <w:r>
        <w:rPr>
          <w:b/>
        </w:rPr>
        <w:t>Read time:</w:t>
      </w:r>
      <w:r>
        <w:t xml:space="preserve"> 5 min · 1,020 words</w:t>
      </w:r>
    </w:p>
    <w:p>
      <w:r>
        <w:rPr>
          <w:b/>
        </w:rPr>
        <w:t>Tags:</w:t>
      </w:r>
      <w:r>
        <w:t xml:space="preserve"> protein for cyclists, buy protein for recovery, cycling, protein, recovery</w:t>
      </w:r>
    </w:p>
    <w:p>
      <w:r>
        <w:rPr>
          <w:b/>
        </w:rPr>
        <w:t>Slug:</w:t>
      </w:r>
      <w:r>
        <w:t xml:space="preserve"> how-protein-helps-cyclists</w:t>
      </w:r>
    </w:p>
    <w:p>
      <w:r>
        <w:t>Ask a cyclist about nutrition and the conversation almost always turns to carbohydrate, and rightly so, because carbohydrate fuels performance. But protein is the nutrient endurance athletes most often overlook, and for cyclists it plays a bigger role than many realise, underpinning recovery, adaptation and long-term durability.</w:t>
      </w:r>
    </w:p>
    <w:p>
      <w:r>
        <w:t>Protein is not just for building bulky muscle in the gym. For an endurance rider, it is central to bouncing back between rides and getting stronger over a season. Here is why it matters and how to use it.</w:t>
      </w:r>
    </w:p>
    <w:p>
      <w:pPr>
        <w:pStyle w:val="Heading2"/>
      </w:pPr>
      <w:r>
        <w:t>What Protein Actually Does for Cyclists</w:t>
      </w:r>
    </w:p>
    <w:p>
      <w:r>
        <w:t>Every ride, particularly a hard or long one, causes small-scale damage and stress to your muscles. Protein provides the raw material your body uses to repair that damage and, importantly, to adapt, becoming better suited to the demands you keep placing on it.</w:t>
      </w:r>
    </w:p>
    <w:p>
      <w:r>
        <w:t>This means protein is not just about recovery in the narrow sense of feeling less sore. It is part of how training actually makes you fitter, by supporting the adaptations that improve your durability and strength on the bike over time.</w:t>
      </w:r>
    </w:p>
    <w:p>
      <w:pPr>
        <w:pStyle w:val="Heading2"/>
      </w:pPr>
      <w:r>
        <w:t>Recovery: The Immediate Role</w:t>
      </w:r>
    </w:p>
    <w:p>
      <w:r>
        <w:t>After a demanding ride, taking on protein alongside carbohydrate supports the repair process and helps you be ready for your next session. A target of around 20 to 30 grams of protein in the period after your ride is a useful guideline for most riders.</w:t>
      </w:r>
    </w:p>
    <w:p>
      <w:r>
        <w:t>This is especially important for cyclists training frequently, where poor recovery quickly compounds into fatigue and declining quality. Protein, paired with carbohydrate to refill glycogen, is a cornerstone of turning around well between rides.</w:t>
      </w:r>
    </w:p>
    <w:p>
      <w:pPr>
        <w:pStyle w:val="Heading2"/>
      </w:pPr>
      <w:r>
        <w:t>Protecting Muscle Over a Season</w:t>
      </w:r>
    </w:p>
    <w:p>
      <w:r>
        <w:t>Endurance training, combined with the high energy demands of cycling, can place stress on muscle over a long season, particularly if overall energy intake is inadequate. Sufficient protein helps protect muscle and supports the durability that lets you keep performing week after week.</w:t>
      </w:r>
    </w:p>
    <w:p>
      <w:r>
        <w:t>This matters most during heavy training blocks and long events, where the cumulative load is greatest. Riders who neglect protein can find their strength and resilience quietly eroding over time.</w:t>
      </w:r>
    </w:p>
    <w:p>
      <w:pPr>
        <w:pStyle w:val="Heading2"/>
      </w:pPr>
      <w:r>
        <w:t>How Much and When</w:t>
      </w:r>
    </w:p>
    <w:p>
      <w:r>
        <w:t>Beyond the post-ride window, spreading your protein intake across the day, rather than loading it all into one meal, supports ongoing repair and adaptation. Including a source of protein at each main meal is a simple, effective approach.</w:t>
      </w:r>
    </w:p>
    <w:p>
      <w:r>
        <w:t>For the post-ride window specifically, convenience matters, because your appetite may be low or you may be away from home. This is where recovery products that combine carbohydrate and protein, such as REGO Recovery or BETA Recovery for bigger efforts, make hitting your target easy.</w:t>
      </w:r>
    </w:p>
    <w:p>
      <w:pPr>
        <w:pStyle w:val="Heading2"/>
      </w:pPr>
      <w:r>
        <w:t>Protein Doesn't Replace Carbohydrate</w:t>
      </w:r>
    </w:p>
    <w:p>
      <w:r>
        <w:t>An important caveat: protein complements carbohydrate, it does not replace it. Carbohydrate remains your primary performance fuel on the bike, and skimping on it to prioritise protein would harm your riding. The goal is adequate protein alongside sufficient carbohydrate, not one at the expense of the other.</w:t>
      </w:r>
    </w:p>
    <w:p>
      <w:r>
        <w:t>Think of carbohydrate as fuelling the ride and protein as supporting the recovery and adaptation that follow. Both have their role, and endurance performance needs both.</w:t>
      </w:r>
    </w:p>
    <w:p>
      <w:pPr>
        <w:pStyle w:val="Heading2"/>
      </w:pPr>
      <w:r>
        <w:t>The Takeaway</w:t>
      </w:r>
    </w:p>
    <w:p>
      <w:r>
        <w:t>For cyclists, protein deserves more attention than it usually gets. Aim for around 20 to 30 grams after demanding rides, spread further protein across your day, and lean on convenient recovery products when needed, all alongside your carbohydrate fuelling rather than instead of it.</w:t>
      </w:r>
    </w:p>
    <w:p>
      <w:r>
        <w:t>Get your protein right and you recover better, adapt more effectively, and stay stronger through the season. It is one of the simplest upgrades an endurance rider can make.</w:t>
      </w:r>
    </w:p>
    <w:p>
      <w:pPr>
        <w:pStyle w:val="Heading2"/>
      </w:pPr>
      <w:r>
        <w:t>Frequently Asked Questions</w:t>
      </w:r>
    </w:p>
    <w:p>
      <w:r>
        <w:rPr>
          <w:b/>
        </w:rPr>
        <w:t>Do cyclists need protein?</w:t>
      </w:r>
    </w:p>
    <w:p>
      <w:r>
        <w:t>Yes. While carbohydrate fuels performance, protein provides the raw material to repair the muscle stress every hard or long ride causes and to support the adaptations that make you fitter. It underpins recovery, adaptation and long-term durability on the bike.</w:t>
      </w:r>
    </w:p>
    <w:p>
      <w:r>
        <w:rPr>
          <w:b/>
        </w:rPr>
        <w:t>How much protein should a cyclist have after a ride?</w:t>
      </w:r>
    </w:p>
    <w:p>
      <w:r>
        <w:t>A target of around 20 to 30 grams of protein in the period after a demanding ride is a useful guideline, taken alongside carbohydrate to refill glycogen. Spreading further protein across your day supports ongoing repair and adaptation.</w:t>
      </w:r>
    </w:p>
    <w:p>
      <w:r>
        <w:rPr>
          <w:b/>
        </w:rPr>
        <w:t>Does protein replace carbohydrate for cyclists?</w:t>
      </w:r>
    </w:p>
    <w:p>
      <w:r>
        <w:t>No. Protein complements carbohydrate rather than replacing it. Carbohydrate remains your primary performance fuel on the bike, and cutting it to prioritise protein would harm your riding. Aim for adequate protein alongside sufficient carbohydrate.</w:t>
      </w:r>
    </w:p>
    <w:p>
      <w:r>
        <w:rPr>
          <w:b/>
        </w:rPr>
        <w:t>What is the easiest way to get protein after cycling?</w:t>
      </w:r>
    </w:p>
    <w:p>
      <w:r>
        <w:t>Recovery products that combine carbohydrate and protein, such as REGO Recovery or BETA Recovery for bigger efforts, make hitting your target convenient, especially when your appetite is low or you are away from home after a ride.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