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Caffeine and Performance: How to Use It Effectively</w:t>
      </w:r>
    </w:p>
    <w:p>
      <w:r>
        <w:rPr>
          <w:i/>
        </w:rPr>
        <w:t>Caffeine is one of the best-evidenced performance aids there is. Here's how to use it well across sports.</w:t>
      </w:r>
    </w:p>
    <w:p>
      <w:r>
        <w:rPr>
          <w:b/>
        </w:rPr>
        <w:t>Pillar:</w:t>
      </w:r>
      <w:r>
        <w:t xml:space="preserve"> custom sports</w:t>
      </w:r>
    </w:p>
    <w:p>
      <w:r>
        <w:rPr>
          <w:b/>
        </w:rPr>
        <w:t>Funnel stage:</w:t>
      </w:r>
      <w:r>
        <w:t xml:space="preserve"> consideration</w:t>
      </w:r>
    </w:p>
    <w:p>
      <w:r>
        <w:rPr>
          <w:b/>
        </w:rPr>
        <w:t>Primary keyword:</w:t>
      </w:r>
      <w:r>
        <w:t xml:space="preserve"> caffeine for sports performance</w:t>
      </w:r>
    </w:p>
    <w:p>
      <w:r>
        <w:rPr>
          <w:b/>
        </w:rPr>
        <w:t>Conversion keyword:</w:t>
      </w:r>
      <w:r>
        <w:t xml:space="preserve"> buy caffeine gels</w:t>
      </w:r>
    </w:p>
    <w:p>
      <w:r>
        <w:rPr>
          <w:b/>
        </w:rPr>
        <w:t>Emotion:</w:t>
      </w:r>
      <w:r>
        <w:t xml:space="preserve"> Curiosity</w:t>
      </w:r>
    </w:p>
    <w:p>
      <w:r>
        <w:rPr>
          <w:b/>
        </w:rPr>
        <w:t>Nudges used:</w:t>
      </w:r>
      <w:r>
        <w:t xml:space="preserve"> Authority (Science Says), Gains framing</w:t>
      </w:r>
    </w:p>
    <w:p>
      <w:r>
        <w:rPr>
          <w:b/>
        </w:rPr>
        <w:t>Read time:</w:t>
      </w:r>
      <w:r>
        <w:t xml:space="preserve"> 6 min · 1,060 words</w:t>
      </w:r>
    </w:p>
    <w:p>
      <w:r>
        <w:rPr>
          <w:b/>
        </w:rPr>
        <w:t>Tags:</w:t>
      </w:r>
      <w:r>
        <w:t xml:space="preserve"> caffeine for sports performance, buy caffeine gels, caffeine, supplements, performance</w:t>
      </w:r>
    </w:p>
    <w:p>
      <w:r>
        <w:rPr>
          <w:b/>
        </w:rPr>
        <w:t>Slug:</w:t>
      </w:r>
      <w:r>
        <w:t xml:space="preserve"> caffeine-and-performance</w:t>
      </w:r>
    </w:p>
    <w:p>
      <w:r>
        <w:t>Among the countless supplements marketed to athletes, caffeine stands out for one reason: it genuinely works, and the evidence for it is among the strongest of any performance aid. From endurance to team sports, caffeine has been repeatedly shown to enhance performance, which is why it is one of the few supplements worth most athletes' attention.</w:t>
      </w:r>
    </w:p>
    <w:p>
      <w:r>
        <w:t>But using caffeine effectively means understanding how it works, how much to take, when, and the individual variation that makes testing it essential. Here is a practical guide.</w:t>
      </w:r>
    </w:p>
    <w:p>
      <w:pPr>
        <w:pStyle w:val="Heading2"/>
      </w:pPr>
      <w:r>
        <w:t>What Caffeine Does</w:t>
      </w:r>
    </w:p>
    <w:p>
      <w:r>
        <w:t>Caffeine's best-established effect is reducing your perception of effort, so that a given pace or intensity feels easier, which allows you to sustain or push harder, particularly as fatigue builds. It also improves alertness, reaction time and focus, which benefits skill and decision-making in many sports.</w:t>
      </w:r>
    </w:p>
    <w:p>
      <w:r>
        <w:t>These effects span endurance and high-intensity, intermittent sports alike. Whether you are holding pace late in a marathon or staying sharp in the final minutes of a match, caffeine's influence on both effort perception and mental sharpness is relevant.</w:t>
      </w:r>
    </w:p>
    <w:p>
      <w:pPr>
        <w:pStyle w:val="Heading2"/>
      </w:pPr>
      <w:r>
        <w:t>How Much to Take</w:t>
      </w:r>
    </w:p>
    <w:p>
      <w:r>
        <w:t>Effective doses for performance are moderate, and importantly, more is not better. Beyond a certain point, additional caffeine brings no extra benefit and increasingly causes side effects like jitters, a racing heart, anxiety and gut problems, all of which harm rather than help performance.</w:t>
      </w:r>
    </w:p>
    <w:p>
      <w:r>
        <w:t>The sensible approach is a moderate dose that produces the benefit without the downsides. The exact amount that works best is individual, which is one reason finding your own effective dose through experience matters.</w:t>
      </w:r>
    </w:p>
    <w:p>
      <w:pPr>
        <w:pStyle w:val="Heading2"/>
      </w:pPr>
      <w:r>
        <w:t>When to Take It</w:t>
      </w:r>
    </w:p>
    <w:p>
      <w:r>
        <w:t>Caffeine takes time to take effect, so timing matters. Taken around 45 to 60 minutes before you need the benefit is a common approach, allowing it to reach effect as you begin. For longer events, some athletes take caffeine partway through, or save it for the later stages when fatigue is greatest and the benefit is highest.</w:t>
      </w:r>
    </w:p>
    <w:p>
      <w:r>
        <w:t>In endurance events, using caffeine later, when perceived effort is climbing, can be particularly effective. Caffeine gels, which combine caffeine with carbohydrate, make this convenient by addressing both energy and alertness together.</w:t>
      </w:r>
    </w:p>
    <w:p>
      <w:pPr>
        <w:pStyle w:val="Heading2"/>
      </w:pPr>
      <w:r>
        <w:t>Test Your Response First</w:t>
      </w:r>
    </w:p>
    <w:p>
      <w:r>
        <w:t>Individual responses to caffeine vary widely. Some people tolerate it well and respond strongly; others are highly sensitive and prone to jitters, anxiety or gut upset even at moderate doses. Because of this, the single most important rule is to test caffeine in training before relying on it in competition.</w:t>
      </w:r>
    </w:p>
    <w:p>
      <w:r>
        <w:t>Trial your intended dose and timing in training sessions that resemble your event, so you know exactly how you respond. Competition is the worst possible place to discover that caffeine disagrees with you.</w:t>
      </w:r>
    </w:p>
    <w:p>
      <w:pPr>
        <w:pStyle w:val="Heading2"/>
      </w:pPr>
      <w:r>
        <w:t>Things to Be Aware Of</w:t>
      </w:r>
    </w:p>
    <w:p>
      <w:r>
        <w:t>A few practical considerations: caffeine late in the day can interfere with sleep, which is itself crucial for recovery, so balance its use against your rest. Habitual heavy caffeine consumers may find its acute performance effect is somewhat blunted. And, as always, use sports products so you know exactly the dose you are getting.</w:t>
      </w:r>
    </w:p>
    <w:p>
      <w:r>
        <w:t>None of these negate caffeine's value, but they are worth factoring into how and when you use it. Thoughtful use gets the benefit while managing the trade-offs.</w:t>
      </w:r>
    </w:p>
    <w:p>
      <w:pPr>
        <w:pStyle w:val="Heading2"/>
      </w:pPr>
      <w:r>
        <w:t>The Takeaway</w:t>
      </w:r>
    </w:p>
    <w:p>
      <w:r>
        <w:t>Caffeine is one of the best-evidenced performance aids available, reducing perceived effort and improving alertness across sports. Use a moderate dose, time it around 45 to 60 minutes before you need it or later in long events, and above all test your response in training first.</w:t>
      </w:r>
    </w:p>
    <w:p>
      <w:r>
        <w:t>Used thoughtfully, on top of good fundamentals, caffeine is one of the few supplements that genuinely earns its place in an athlete's toolkit.</w:t>
      </w:r>
    </w:p>
    <w:p>
      <w:pPr>
        <w:pStyle w:val="Heading2"/>
      </w:pPr>
      <w:r>
        <w:t>Frequently Asked Questions</w:t>
      </w:r>
    </w:p>
    <w:p>
      <w:r>
        <w:rPr>
          <w:b/>
        </w:rPr>
        <w:t>Does caffeine actually improve sports performance?</w:t>
      </w:r>
    </w:p>
    <w:p>
      <w:r>
        <w:t>Yes. Caffeine is among the best-evidenced performance aids, reliably shown to reduce perceived effort so a given intensity feels easier, and to improve alertness, reaction time and focus. These benefits span endurance and high-intensity, intermittent sports alike.</w:t>
      </w:r>
    </w:p>
    <w:p>
      <w:r>
        <w:rPr>
          <w:b/>
        </w:rPr>
        <w:t>How much caffeine should I take for performance?</w:t>
      </w:r>
    </w:p>
    <w:p>
      <w:r>
        <w:t>A moderate dose is effective, and more is not better; beyond a point, extra caffeine brings no added benefit and increasingly causes jitters, a racing heart and gut problems. The best amount is individual, so find your effective dose through experience without side effects.</w:t>
      </w:r>
    </w:p>
    <w:p>
      <w:r>
        <w:rPr>
          <w:b/>
        </w:rPr>
        <w:t>When should I take caffeine before exercise?</w:t>
      </w:r>
    </w:p>
    <w:p>
      <w:r>
        <w:t>Caffeine takes time to act, so around 45 to 60 minutes before you need the benefit is common. In longer events, taking it partway through or in the later stages, when fatigue and perceived effort are highest, can be particularly effective.</w:t>
      </w:r>
    </w:p>
    <w:p>
      <w:r>
        <w:rPr>
          <w:b/>
        </w:rPr>
        <w:t>Why should I test caffeine before competition?</w:t>
      </w:r>
    </w:p>
    <w:p>
      <w:r>
        <w:t>Individual responses vary widely, from strong benefit to jitters, anxiety or gut upset even at moderate doses. Testing your dose and timing in training that resembles your event tells you how you respond, so competition is not where you discover caffeine disagrees with you.</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