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The Best Endurance Supplements for Triathletes</w:t>
      </w:r>
    </w:p>
    <w:p>
      <w:r>
        <w:rPr>
          <w:i/>
        </w:rPr>
        <w:t>Which supplements actually earn a place in a triathlete's kit, and which are just noise? A clear-eyed guide.</w:t>
      </w:r>
    </w:p>
    <w:p>
      <w:r>
        <w:rPr>
          <w:b/>
        </w:rPr>
        <w:t>Pillar:</w:t>
      </w:r>
      <w:r>
        <w:t xml:space="preserve"> triathlon</w:t>
      </w:r>
    </w:p>
    <w:p>
      <w:r>
        <w:rPr>
          <w:b/>
        </w:rPr>
        <w:t>Funnel stage:</w:t>
      </w:r>
      <w:r>
        <w:t xml:space="preserve"> consideration</w:t>
      </w:r>
    </w:p>
    <w:p>
      <w:r>
        <w:rPr>
          <w:b/>
        </w:rPr>
        <w:t>Primary keyword:</w:t>
      </w:r>
      <w:r>
        <w:t xml:space="preserve"> endurance supplements for triathletes</w:t>
      </w:r>
    </w:p>
    <w:p>
      <w:r>
        <w:rPr>
          <w:b/>
        </w:rPr>
        <w:t>Conversion keyword:</w:t>
      </w:r>
      <w:r>
        <w:t xml:space="preserve"> buy endurance supplements</w:t>
      </w:r>
    </w:p>
    <w:p>
      <w:r>
        <w:rPr>
          <w:b/>
        </w:rPr>
        <w:t>Emotion:</w:t>
      </w:r>
      <w:r>
        <w:t xml:space="preserve"> Confidence</w:t>
      </w:r>
    </w:p>
    <w:p>
      <w:r>
        <w:rPr>
          <w:b/>
        </w:rPr>
        <w:t>Nudges used:</w:t>
      </w:r>
      <w:r>
        <w:t xml:space="preserve"> Choice Simplification, Authority (Science Says)</w:t>
      </w:r>
    </w:p>
    <w:p>
      <w:r>
        <w:rPr>
          <w:b/>
        </w:rPr>
        <w:t>Read time:</w:t>
      </w:r>
      <w:r>
        <w:t xml:space="preserve"> 6 min · 1,070 words</w:t>
      </w:r>
    </w:p>
    <w:p>
      <w:r>
        <w:rPr>
          <w:b/>
        </w:rPr>
        <w:t>Tags:</w:t>
      </w:r>
      <w:r>
        <w:t xml:space="preserve"> endurance supplements for triathletes, buy endurance supplements, triathlon, supplements, fuelling</w:t>
      </w:r>
    </w:p>
    <w:p>
      <w:r>
        <w:rPr>
          <w:b/>
        </w:rPr>
        <w:t>Slug:</w:t>
      </w:r>
      <w:r>
        <w:t xml:space="preserve"> best-endurance-supplements-triathletes</w:t>
      </w:r>
    </w:p>
    <w:p>
      <w:r>
        <w:t>Triathletes are, by nature, gear-oriented, and that instinct extends to nutrition, where the supplement market offers an endless array of products promising an edge. For an athlete juggling three disciplines, working out which supplements genuinely help and which are marketing noise is a valuable skill and a money-saver.</w:t>
      </w:r>
    </w:p>
    <w:p>
      <w:r>
        <w:t>The honest picture is that a small number of well-evidenced products cover almost all the available benefit, while the rest range from situationally useful to entirely skippable. Here is a clear-eyed guide.</w:t>
      </w:r>
    </w:p>
    <w:p>
      <w:pPr>
        <w:pStyle w:val="Heading2"/>
      </w:pPr>
      <w:r>
        <w:t>The Essentials: Carbohydrate Fuel</w:t>
      </w:r>
    </w:p>
    <w:p>
      <w:r>
        <w:t>The single most valuable category for a triathlete is carbohydrate fuel for use during training and racing, because carbohydrate availability is what sustains your performance across long efforts. Energy drinks, gels and chews are not really supplements in the faddish sense; they are core fuel.</w:t>
      </w:r>
    </w:p>
    <w:p>
      <w:r>
        <w:t>For the higher intakes longer races demand, dual-source products such as BETA Fuel, combining maltodextrin and fructose, let you take on more carbohydrate with less gut trouble. If you invest in one category, make it this one.</w:t>
      </w:r>
    </w:p>
    <w:p>
      <w:pPr>
        <w:pStyle w:val="Heading2"/>
      </w:pPr>
      <w:r>
        <w:t>Situationally Valuable: Electrolytes and Hydration</w:t>
      </w:r>
    </w:p>
    <w:p>
      <w:r>
        <w:t>Electrolyte products earn their place in the right conditions: long races, hot weather, and for heavy or salty sweaters. Replacing sodium alongside fluid supports hydration and performance when losses are high, and products like HYDRO tablets make it easy to manage.</w:t>
      </w:r>
    </w:p>
    <w:p>
      <w:r>
        <w:t>They are not needed on every short, cool session, but for a triathlete's longer training days and warm-weather races, they move from optional to genuinely useful.</w:t>
      </w:r>
    </w:p>
    <w:p>
      <w:pPr>
        <w:pStyle w:val="Heading2"/>
      </w:pPr>
      <w:r>
        <w:t>Well-Evidenced: Caffeine</w:t>
      </w:r>
    </w:p>
    <w:p>
      <w:r>
        <w:t>Caffeine is one of the most consistently evidenced performance aids in endurance sport, shown to reduce perceived effort and help sustain performance, particularly as fatigue builds. For a triathlete, a considered use of caffeine, often later in a race, can be a real benefit.</w:t>
      </w:r>
    </w:p>
    <w:p>
      <w:r>
        <w:t>As always, test your tolerance and response in training, because individual reactions vary and the run leg is an unforgiving place to discover a caffeine-related gut issue. Used deliberately, though, caffeine is a legitimate tool.</w:t>
      </w:r>
    </w:p>
    <w:p>
      <w:pPr>
        <w:pStyle w:val="Heading2"/>
      </w:pPr>
      <w:r>
        <w:t>Useful for Recovery: Protein and Recovery Products</w:t>
      </w:r>
    </w:p>
    <w:p>
      <w:r>
        <w:t>Given the training load of triathlon, recovery matters enormously, and protein plus carbohydrate after demanding sessions supports it. Recovery products that combine both, such as REGO Recovery or BETA Recovery for bigger efforts, are a convenient way to hit your recovery window when time is short or appetite is low.</w:t>
      </w:r>
    </w:p>
    <w:p>
      <w:r>
        <w:t>These are not performance supplements in the moment, but by supporting recovery and adaptation they underpin the consistent training that makes a triathlete faster over time.</w:t>
      </w:r>
    </w:p>
    <w:p>
      <w:pPr>
        <w:pStyle w:val="Heading2"/>
      </w:pPr>
      <w:r>
        <w:t>The Skippables</w:t>
      </w:r>
    </w:p>
    <w:p>
      <w:r>
        <w:t>Beyond these categories lies a large market of supplements with weak evidence, exotic ingredients and bold claims. For the vast majority of triathletes, these offer little once the fundamentals of carbohydrate, hydration, electrolytes, caffeine and recovery are in place.</w:t>
      </w:r>
    </w:p>
    <w:p>
      <w:r>
        <w:t>Chasing marginal, unproven products before nailing the basics is a poor use of money and attention. Be sceptical of anything promising a dramatic shortcut, and prioritise the things with real evidence behind them.</w:t>
      </w:r>
    </w:p>
    <w:p>
      <w:pPr>
        <w:pStyle w:val="Heading2"/>
      </w:pPr>
      <w:r>
        <w:t>Build Your Kit From the Evidence</w:t>
      </w:r>
    </w:p>
    <w:p>
      <w:r>
        <w:t>Put it together and a triathlete's core nutritional kit is short: carbohydrate fuel matched to session and race demands, electrolytes for the right conditions, caffeine used deliberately, and recovery products to support your training load. Everything else is either situational or skippable.</w:t>
      </w:r>
    </w:p>
    <w:p>
      <w:r>
        <w:t>Test everything in training, especially before relying on it in a race, and spend your money on evidence rather than hype. A focused, well-rehearsed kit beats a cupboard full of unproven extras every time.</w:t>
      </w:r>
    </w:p>
    <w:p>
      <w:pPr>
        <w:pStyle w:val="Heading2"/>
      </w:pPr>
      <w:r>
        <w:t>Frequently Asked Questions</w:t>
      </w:r>
    </w:p>
    <w:p>
      <w:r>
        <w:rPr>
          <w:b/>
        </w:rPr>
        <w:t>What supplements do triathletes actually need?</w:t>
      </w:r>
    </w:p>
    <w:p>
      <w:r>
        <w:t>The essentials are carbohydrate fuel for training and racing, electrolytes for long or hot conditions, caffeine used deliberately, and recovery products to support your training load. A small number of well-evidenced products cover almost all the available benefit.</w:t>
      </w:r>
    </w:p>
    <w:p>
      <w:r>
        <w:rPr>
          <w:b/>
        </w:rPr>
        <w:t>Is caffeine worth using in triathlon?</w:t>
      </w:r>
    </w:p>
    <w:p>
      <w:r>
        <w:t>Yes, when used considerately. Caffeine is one of the most consistently evidenced endurance aids, reducing perceived effort and helping sustain performance as fatigue builds, often used later in a race. Test your tolerance in training first, as responses vary.</w:t>
      </w:r>
    </w:p>
    <w:p>
      <w:r>
        <w:rPr>
          <w:b/>
        </w:rPr>
        <w:t>Do triathletes need recovery supplements?</w:t>
      </w:r>
    </w:p>
    <w:p>
      <w:r>
        <w:t>Given triathlon's heavy training load, recovery matters enormously. Protein plus carbohydrate after demanding sessions supports it, and recovery products that combine both are a convenient way to hit your recovery window when time is short or appetite is low.</w:t>
      </w:r>
    </w:p>
    <w:p>
      <w:r>
        <w:rPr>
          <w:b/>
        </w:rPr>
        <w:t>Which triathlon supplements are not worth it?</w:t>
      </w:r>
    </w:p>
    <w:p>
      <w:r>
        <w:t>Products with weak evidence, exotic ingredients and bold claims offer little once the fundamentals are in place. Be sceptical of anything promising a dramatic shortcut, and prioritise carbohydrate, hydration, electrolytes, caffeine and recovery instead.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