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Hydration for Basketball: Why Indoor Sweat Losses Catch Players Out</w:t>
      </w:r>
    </w:p>
    <w:p>
      <w:r>
        <w:rPr>
          <w:i/>
        </w:rPr>
        <w:t>Warm arenas, constant running and no obvious weather cues make basketball a hidden hydration challenge.</w:t>
      </w:r>
    </w:p>
    <w:p>
      <w:r>
        <w:rPr>
          <w:b/>
        </w:rPr>
        <w:t>Pillar:</w:t>
      </w:r>
      <w:r>
        <w:t xml:space="preserve"> custom sports</w:t>
      </w:r>
    </w:p>
    <w:p>
      <w:r>
        <w:rPr>
          <w:b/>
        </w:rPr>
        <w:t>Funnel stage:</w:t>
      </w:r>
      <w:r>
        <w:t xml:space="preserve"> consideration</w:t>
      </w:r>
    </w:p>
    <w:p>
      <w:r>
        <w:rPr>
          <w:b/>
        </w:rPr>
        <w:t>Primary keyword:</w:t>
      </w:r>
      <w:r>
        <w:t xml:space="preserve"> basketball hydration</w:t>
      </w:r>
    </w:p>
    <w:p>
      <w:r>
        <w:rPr>
          <w:b/>
        </w:rPr>
        <w:t>Conversion keyword:</w:t>
      </w:r>
      <w:r>
        <w:t xml:space="preserve"> buy electrolyte tablets</w:t>
      </w:r>
    </w:p>
    <w:p>
      <w:r>
        <w:rPr>
          <w:b/>
        </w:rPr>
        <w:t>Emotion:</w:t>
      </w:r>
      <w:r>
        <w:t xml:space="preserve"> Curiosity</w:t>
      </w:r>
    </w:p>
    <w:p>
      <w:r>
        <w:rPr>
          <w:b/>
        </w:rPr>
        <w:t>Nudges used:</w:t>
      </w:r>
      <w:r>
        <w:t xml:space="preserve"> Authority (Science Says), Loss Aversion</w:t>
      </w:r>
    </w:p>
    <w:p>
      <w:r>
        <w:rPr>
          <w:b/>
        </w:rPr>
        <w:t>Read time:</w:t>
      </w:r>
      <w:r>
        <w:t xml:space="preserve"> 5 min · 1,010 words</w:t>
      </w:r>
    </w:p>
    <w:p>
      <w:r>
        <w:rPr>
          <w:b/>
        </w:rPr>
        <w:t>Tags:</w:t>
      </w:r>
      <w:r>
        <w:t xml:space="preserve"> basketball hydration, buy electrolyte tablets, basketball, hydration, team sports</w:t>
      </w:r>
    </w:p>
    <w:p>
      <w:r>
        <w:rPr>
          <w:b/>
        </w:rPr>
        <w:t>Slug:</w:t>
      </w:r>
      <w:r>
        <w:t xml:space="preserve"> basketball-hydration-indoor-sweat-losses</w:t>
      </w:r>
    </w:p>
    <w:p>
      <w:r>
        <w:t>Because basketball is played indoors, out of the sun and the weather, it is easy to underestimate how much players sweat and how significant hydration is to performance. Yet warm arenas, constant high-intensity running and jumping, and the absence of obvious environmental cues combine to make basketball a genuine, and often overlooked, hydration challenge.</w:t>
      </w:r>
    </w:p>
    <w:p>
      <w:r>
        <w:t>Getting hydration right in basketball protects both physical performance and the sharp decision-making the game requires. Here is why it matters and how to manage it.</w:t>
      </w:r>
    </w:p>
    <w:p>
      <w:pPr>
        <w:pStyle w:val="Heading2"/>
      </w:pPr>
      <w:r>
        <w:t>The Hidden Sweat Losses of Indoor Sport</w:t>
      </w:r>
    </w:p>
    <w:p>
      <w:r>
        <w:t>Basketball arenas are frequently warm, and the game's constant sprinting and jumping generate substantial heat and sweat. Because players are indoors and not exposed to sun or obvious heat, they can significantly underestimate their fluid losses, which is precisely how dehydration creeps up unnoticed.</w:t>
      </w:r>
    </w:p>
    <w:p>
      <w:r>
        <w:t>Unlike outdoor sport, where heat is obvious, basketball's environment masks its demands. Recognising that you are sweating heavily despite being indoors is the first step to hydrating properly.</w:t>
      </w:r>
    </w:p>
    <w:p>
      <w:pPr>
        <w:pStyle w:val="Heading2"/>
      </w:pPr>
      <w:r>
        <w:t>How Dehydration Affects Basketball</w:t>
      </w:r>
    </w:p>
    <w:p>
      <w:r>
        <w:t>Even moderate dehydration impairs physical performance, reducing your ability to sustain the repeated sprints and jumps basketball demands. Critically, it also impairs concentration, reaction time and decision-making, all central to basketball, where a split-second lapse can decide a possession.</w:t>
      </w:r>
    </w:p>
    <w:p>
      <w:r>
        <w:t>This dual effect, on both body and mind, makes hydration especially important in a fast, skill-intensive game. A dehydrated player is both physically slower and mentally duller, a costly combination on the court.</w:t>
      </w:r>
    </w:p>
    <w:p>
      <w:pPr>
        <w:pStyle w:val="Heading2"/>
      </w:pPr>
      <w:r>
        <w:t>Hydrating Before a Game</w:t>
      </w:r>
    </w:p>
    <w:p>
      <w:r>
        <w:t>Good hydration starts before tip-off. Arriving at a game well hydrated, having drunk steadily through the day, gives you the best starting point and means you are not already behind when the game begins.</w:t>
      </w:r>
    </w:p>
    <w:p>
      <w:r>
        <w:t>It is far easier to maintain good hydration from a well-hydrated start than to try to catch up once you are already low mid-game. Pre-game hydration is a simple, high-value habit.</w:t>
      </w:r>
    </w:p>
    <w:p>
      <w:pPr>
        <w:pStyle w:val="Heading2"/>
      </w:pPr>
      <w:r>
        <w:t>Hydrating During a Game</w:t>
      </w:r>
    </w:p>
    <w:p>
      <w:r>
        <w:t>Basketball's breaks, between quarters, at time-outs and on the bench, provide regular opportunities to drink, and players should use them deliberately rather than only when they feel thirsty. Taking on fluid in steady amounts through these breaks helps offset ongoing sweat losses.</w:t>
      </w:r>
    </w:p>
    <w:p>
      <w:r>
        <w:t>A sports drink can serve double duty here, providing both fluid and carbohydrate to support energy. In warm arenas and hard games, making the most of every break to hydrate is well worth the habit.</w:t>
      </w:r>
    </w:p>
    <w:p>
      <w:pPr>
        <w:pStyle w:val="Heading2"/>
      </w:pPr>
      <w:r>
        <w:t>Electrolytes and Heavy Sweaters</w:t>
      </w:r>
    </w:p>
    <w:p>
      <w:r>
        <w:t>When sweat losses are high, replacing electrolytes, particularly sodium, alongside fluid supports hydration and performance. How much you need depends on how much you sweat and how salty your sweat is, both of which vary between players.</w:t>
      </w:r>
    </w:p>
    <w:p>
      <w:r>
        <w:t>Heavy or salty sweaters in particular may benefit from electrolyte products like HYDRO tablets to manage their sodium and fluid. Knowing your own sweat characteristics helps you plan a sensible hydration strategy rather than guessing.</w:t>
      </w:r>
    </w:p>
    <w:p>
      <w:pPr>
        <w:pStyle w:val="Heading2"/>
      </w:pPr>
      <w:r>
        <w:t>The Takeaway</w:t>
      </w:r>
    </w:p>
    <w:p>
      <w:r>
        <w:t>In basketball, do not let the indoor setting fool you: sweat losses are significant, and dehydration impairs both physical performance and decision-making. Arrive well hydrated, use every break to drink, replace electrolytes when losses are high, and pay particular attention if you are a heavy sweater.</w:t>
      </w:r>
    </w:p>
    <w:p>
      <w:r>
        <w:t>Treat hydration as the deliberate, ongoing part of preparation it deserves to be, and you protect both your explosiveness and your sharpness through four quarters. The indoor setting hides the demand, but the demand is real, and the players who account for it are the ones still moving well and thinking clearly when the game is on the line.</w:t>
      </w:r>
    </w:p>
    <w:p>
      <w:pPr>
        <w:pStyle w:val="Heading2"/>
      </w:pPr>
      <w:r>
        <w:t>Frequently Asked Questions</w:t>
      </w:r>
    </w:p>
    <w:p>
      <w:r>
        <w:rPr>
          <w:b/>
        </w:rPr>
        <w:t>Do basketball players need to worry about hydration indoors?</w:t>
      </w:r>
    </w:p>
    <w:p>
      <w:r>
        <w:t>Yes. Warm arenas and constant high-intensity running and jumping generate substantial sweat, but because players are indoors without obvious heat cues, they often underestimate their fluid losses, which is how dehydration creeps up unnoticed.</w:t>
      </w:r>
    </w:p>
    <w:p>
      <w:r>
        <w:rPr>
          <w:b/>
        </w:rPr>
        <w:t>How does dehydration affect basketball performance?</w:t>
      </w:r>
    </w:p>
    <w:p>
      <w:r>
        <w:t>Even moderate dehydration reduces your ability to sustain repeated sprints and jumps, and it impairs concentration, reaction time and decision-making. This dual effect on both body and mind makes hydration especially important in a fast, skill-intensive game.</w:t>
      </w:r>
    </w:p>
    <w:p>
      <w:r>
        <w:rPr>
          <w:b/>
        </w:rPr>
        <w:t>How should basketball players hydrate during a game?</w:t>
      </w:r>
    </w:p>
    <w:p>
      <w:r>
        <w:t>Use the breaks between quarters, at time-outs and on the bench to drink deliberately in steady amounts, rather than only when thirsty. A sports drink can provide both fluid and carbohydrate, and making the most of every break helps offset ongoing sweat losses.</w:t>
      </w:r>
    </w:p>
    <w:p>
      <w:r>
        <w:rPr>
          <w:b/>
        </w:rPr>
        <w:t>Do basketball players need electrolytes?</w:t>
      </w:r>
    </w:p>
    <w:p>
      <w:r>
        <w:t>When sweat losses are high, replacing sodium alongside fluid supports hydration and performance. How much depends on your sweat rate and how salty your sweat is; heavy or salty sweaters in particular may benefit from electrolyte products to manage their needs.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